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837" w:rsidRDefault="00DB0DA0">
      <w:pPr>
        <w:spacing w:after="40"/>
        <w:rPr>
          <w:lang w:eastAsia="ko-KR"/>
        </w:rPr>
      </w:pPr>
      <w:proofErr w:type="spellStart"/>
      <w:r>
        <w:rPr>
          <w:rFonts w:cs="맑은 고딕"/>
          <w:b/>
          <w:color w:val="19334F"/>
          <w:sz w:val="36"/>
          <w:lang w:eastAsia="ko-KR"/>
        </w:rPr>
        <w:t>지도학생</w:t>
      </w:r>
      <w:proofErr w:type="spellEnd"/>
      <w:r>
        <w:rPr>
          <w:rFonts w:cs="맑은 고딕"/>
          <w:b/>
          <w:color w:val="19334F"/>
          <w:sz w:val="36"/>
          <w:lang w:eastAsia="ko-KR"/>
        </w:rPr>
        <w:t xml:space="preserve"> </w:t>
      </w:r>
      <w:r>
        <w:rPr>
          <w:rFonts w:cs="맑은 고딕"/>
          <w:b/>
          <w:color w:val="19334F"/>
          <w:sz w:val="36"/>
          <w:lang w:eastAsia="ko-KR"/>
        </w:rPr>
        <w:t>상담일지</w:t>
      </w:r>
    </w:p>
    <w:p w:rsidR="004C1837" w:rsidRDefault="00DB0DA0">
      <w:pPr>
        <w:spacing w:after="160" w:line="269" w:lineRule="auto"/>
        <w:rPr>
          <w:lang w:eastAsia="ko-KR"/>
        </w:rPr>
      </w:pPr>
      <w:r>
        <w:rPr>
          <w:rFonts w:cs="맑은 고딕"/>
          <w:color w:val="67747D"/>
          <w:sz w:val="16"/>
          <w:lang w:eastAsia="ko-KR"/>
        </w:rPr>
        <w:t>자기계발</w:t>
      </w:r>
      <w:r>
        <w:rPr>
          <w:rFonts w:cs="맑은 고딕"/>
          <w:color w:val="67747D"/>
          <w:sz w:val="16"/>
          <w:lang w:eastAsia="ko-KR"/>
        </w:rPr>
        <w:t xml:space="preserve"> </w:t>
      </w:r>
      <w:proofErr w:type="spellStart"/>
      <w:r>
        <w:rPr>
          <w:rFonts w:cs="맑은 고딕"/>
          <w:color w:val="67747D"/>
          <w:sz w:val="16"/>
          <w:lang w:eastAsia="ko-KR"/>
        </w:rPr>
        <w:t>심층상담</w:t>
      </w:r>
      <w:proofErr w:type="spellEnd"/>
      <w:r>
        <w:rPr>
          <w:rFonts w:cs="맑은 고딕"/>
          <w:color w:val="67747D"/>
          <w:sz w:val="16"/>
          <w:lang w:eastAsia="ko-KR"/>
        </w:rPr>
        <w:t xml:space="preserve">: </w:t>
      </w:r>
      <w:r>
        <w:rPr>
          <w:rFonts w:cs="맑은 고딕"/>
          <w:color w:val="67747D"/>
          <w:sz w:val="16"/>
          <w:lang w:eastAsia="ko-KR"/>
        </w:rPr>
        <w:t>해당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항목에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체크하고</w:t>
      </w:r>
      <w:r>
        <w:rPr>
          <w:rFonts w:cs="맑은 고딕"/>
          <w:color w:val="67747D"/>
          <w:sz w:val="16"/>
          <w:lang w:eastAsia="ko-KR"/>
        </w:rPr>
        <w:t xml:space="preserve">, </w:t>
      </w:r>
      <w:r>
        <w:rPr>
          <w:rFonts w:cs="맑은 고딕"/>
          <w:color w:val="67747D"/>
          <w:sz w:val="16"/>
          <w:lang w:eastAsia="ko-KR"/>
        </w:rPr>
        <w:t>서술형</w:t>
      </w:r>
      <w:r>
        <w:rPr>
          <w:rFonts w:cs="맑은 고딕"/>
          <w:color w:val="67747D"/>
          <w:sz w:val="16"/>
          <w:lang w:eastAsia="ko-KR"/>
        </w:rPr>
        <w:t xml:space="preserve"> </w:t>
      </w:r>
      <w:proofErr w:type="spellStart"/>
      <w:r>
        <w:rPr>
          <w:rFonts w:cs="맑은 고딕"/>
          <w:color w:val="67747D"/>
          <w:sz w:val="16"/>
          <w:lang w:eastAsia="ko-KR"/>
        </w:rPr>
        <w:t>작성란은</w:t>
      </w:r>
      <w:proofErr w:type="spellEnd"/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각각</w:t>
      </w:r>
      <w:r>
        <w:rPr>
          <w:rFonts w:cs="맑은 고딕"/>
          <w:color w:val="67747D"/>
          <w:sz w:val="16"/>
          <w:lang w:eastAsia="ko-KR"/>
        </w:rPr>
        <w:t xml:space="preserve"> 50</w:t>
      </w:r>
      <w:r>
        <w:rPr>
          <w:rFonts w:cs="맑은 고딕"/>
          <w:color w:val="67747D"/>
          <w:sz w:val="16"/>
          <w:lang w:eastAsia="ko-KR"/>
        </w:rPr>
        <w:t>자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이상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작성하세요</w:t>
      </w:r>
      <w:r>
        <w:rPr>
          <w:rFonts w:cs="맑은 고딕"/>
          <w:color w:val="67747D"/>
          <w:sz w:val="16"/>
          <w:lang w:eastAsia="ko-KR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92"/>
      </w:tblGrid>
      <w:tr w:rsidR="004C1837">
        <w:trPr>
          <w:cantSplit/>
        </w:trPr>
        <w:tc>
          <w:tcPr>
            <w:tcW w:w="10092" w:type="dxa"/>
            <w:tcBorders>
              <w:bottom w:val="single" w:sz="5" w:space="0" w:color="D3DEE5"/>
            </w:tcBorders>
            <w:shd w:val="clear" w:color="auto" w:fill="EFF5F7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:rsidR="004C1837" w:rsidRDefault="00DB0DA0">
            <w:pPr>
              <w:rPr>
                <w:lang w:eastAsia="ko-KR"/>
              </w:rPr>
            </w:pPr>
            <w:r>
              <w:rPr>
                <w:rFonts w:cs="맑은 고딕"/>
                <w:lang w:eastAsia="ko-KR"/>
              </w:rPr>
              <w:t>성명</w:t>
            </w:r>
            <w:r>
              <w:rPr>
                <w:rFonts w:cs="맑은 고딕"/>
                <w:lang w:eastAsia="ko-KR"/>
              </w:rPr>
              <w:t xml:space="preserve">  _________________</w:t>
            </w:r>
            <w:proofErr w:type="gramStart"/>
            <w:r>
              <w:rPr>
                <w:rFonts w:cs="맑은 고딕"/>
                <w:lang w:eastAsia="ko-KR"/>
              </w:rPr>
              <w:t xml:space="preserve">_   </w:t>
            </w:r>
            <w:r>
              <w:rPr>
                <w:rFonts w:cs="맑은 고딕"/>
                <w:lang w:eastAsia="ko-KR"/>
              </w:rPr>
              <w:t>학번</w:t>
            </w:r>
            <w:proofErr w:type="gramEnd"/>
            <w:r>
              <w:rPr>
                <w:rFonts w:cs="맑은 고딕"/>
                <w:lang w:eastAsia="ko-KR"/>
              </w:rPr>
              <w:t xml:space="preserve">  _______________   </w:t>
            </w:r>
            <w:r>
              <w:rPr>
                <w:rFonts w:cs="맑은 고딕"/>
                <w:lang w:eastAsia="ko-KR"/>
              </w:rPr>
              <w:t>학년</w:t>
            </w:r>
            <w:r>
              <w:rPr>
                <w:rFonts w:cs="맑은 고딕"/>
                <w:lang w:eastAsia="ko-KR"/>
              </w:rPr>
              <w:t xml:space="preserve">  □ 1  □ 2  □ 3  □ 4   (</w:t>
            </w:r>
            <w:r>
              <w:rPr>
                <w:rFonts w:cs="맑은 고딕"/>
                <w:lang w:eastAsia="ko-KR"/>
              </w:rPr>
              <w:t>학적</w:t>
            </w:r>
            <w:r>
              <w:rPr>
                <w:rFonts w:cs="맑은 고딕"/>
                <w:lang w:eastAsia="ko-KR"/>
              </w:rPr>
              <w:t xml:space="preserve">: □ </w:t>
            </w:r>
            <w:r>
              <w:rPr>
                <w:rFonts w:cs="맑은 고딕"/>
                <w:lang w:eastAsia="ko-KR"/>
              </w:rPr>
              <w:t>재학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복학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휴학</w:t>
            </w:r>
            <w:r>
              <w:rPr>
                <w:rFonts w:cs="맑은 고딕"/>
                <w:lang w:eastAsia="ko-KR"/>
              </w:rPr>
              <w:t>)</w:t>
            </w:r>
          </w:p>
        </w:tc>
      </w:tr>
      <w:tr w:rsidR="004C1837">
        <w:trPr>
          <w:cantSplit/>
        </w:trPr>
        <w:tc>
          <w:tcPr>
            <w:tcW w:w="10092" w:type="dxa"/>
            <w:tcBorders>
              <w:bottom w:val="single" w:sz="5" w:space="0" w:color="D3DEE5"/>
            </w:tcBorders>
            <w:shd w:val="clear" w:color="auto" w:fill="F9FA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:rsidR="004C1837" w:rsidRDefault="00DB0DA0">
            <w:pPr>
              <w:rPr>
                <w:lang w:eastAsia="ko-KR"/>
              </w:rPr>
            </w:pPr>
            <w:r>
              <w:rPr>
                <w:rFonts w:cs="맑은 고딕"/>
                <w:lang w:eastAsia="ko-KR"/>
              </w:rPr>
              <w:t>20____</w:t>
            </w:r>
            <w:proofErr w:type="gramStart"/>
            <w:r>
              <w:rPr>
                <w:rFonts w:cs="맑은 고딕"/>
                <w:lang w:eastAsia="ko-KR"/>
              </w:rPr>
              <w:t>학년도</w:t>
            </w:r>
            <w:r>
              <w:rPr>
                <w:rFonts w:cs="맑은 고딕"/>
                <w:lang w:eastAsia="ko-KR"/>
              </w:rPr>
              <w:t xml:space="preserve">  □</w:t>
            </w:r>
            <w:proofErr w:type="gramEnd"/>
            <w:r>
              <w:rPr>
                <w:rFonts w:cs="맑은 고딕"/>
                <w:lang w:eastAsia="ko-KR"/>
              </w:rPr>
              <w:t xml:space="preserve"> 1</w:t>
            </w:r>
            <w:r>
              <w:rPr>
                <w:rFonts w:cs="맑은 고딕"/>
                <w:lang w:eastAsia="ko-KR"/>
              </w:rPr>
              <w:t>학기</w:t>
            </w:r>
            <w:r>
              <w:rPr>
                <w:rFonts w:cs="맑은 고딕"/>
                <w:lang w:eastAsia="ko-KR"/>
              </w:rPr>
              <w:t xml:space="preserve">  □ 2</w:t>
            </w:r>
            <w:r>
              <w:rPr>
                <w:rFonts w:cs="맑은 고딕"/>
                <w:lang w:eastAsia="ko-KR"/>
              </w:rPr>
              <w:t>학기</w:t>
            </w:r>
            <w:r>
              <w:rPr>
                <w:rFonts w:cs="맑은 고딕"/>
                <w:lang w:eastAsia="ko-KR"/>
              </w:rPr>
              <w:t xml:space="preserve">       </w:t>
            </w:r>
            <w:r>
              <w:rPr>
                <w:rFonts w:cs="맑은 고딕"/>
                <w:lang w:eastAsia="ko-KR"/>
              </w:rPr>
              <w:t>작성일</w:t>
            </w:r>
            <w:r>
              <w:rPr>
                <w:rFonts w:cs="맑은 고딕"/>
                <w:lang w:eastAsia="ko-KR"/>
              </w:rPr>
              <w:t xml:space="preserve">  ____</w:t>
            </w:r>
            <w:r>
              <w:rPr>
                <w:rFonts w:cs="맑은 고딕"/>
                <w:lang w:eastAsia="ko-KR"/>
              </w:rPr>
              <w:t>월</w:t>
            </w:r>
            <w:r>
              <w:rPr>
                <w:rFonts w:cs="맑은 고딕"/>
                <w:lang w:eastAsia="ko-KR"/>
              </w:rPr>
              <w:t xml:space="preserve"> ____</w:t>
            </w:r>
            <w:r>
              <w:rPr>
                <w:rFonts w:cs="맑은 고딕"/>
                <w:lang w:eastAsia="ko-KR"/>
              </w:rPr>
              <w:t>일</w:t>
            </w:r>
            <w:r>
              <w:rPr>
                <w:rFonts w:cs="맑은 고딕"/>
                <w:lang w:eastAsia="ko-KR"/>
              </w:rPr>
              <w:t xml:space="preserve">      </w:t>
            </w:r>
            <w:r>
              <w:rPr>
                <w:rFonts w:cs="맑은 고딕"/>
                <w:lang w:eastAsia="ko-KR"/>
              </w:rPr>
              <w:t>대면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상담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희망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희망함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희망하지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않음</w:t>
            </w:r>
          </w:p>
        </w:tc>
      </w:tr>
    </w:tbl>
    <w:p w:rsidR="004C1837" w:rsidRDefault="00DB0DA0">
      <w:pPr>
        <w:spacing w:before="100" w:after="40" w:line="269" w:lineRule="auto"/>
        <w:rPr>
          <w:lang w:eastAsia="ko-KR"/>
        </w:rPr>
      </w:pPr>
      <w:r>
        <w:rPr>
          <w:rFonts w:cs="맑은 고딕"/>
          <w:color w:val="67747D"/>
          <w:sz w:val="15"/>
          <w:lang w:eastAsia="ko-KR"/>
        </w:rPr>
        <w:t xml:space="preserve">※ </w:t>
      </w:r>
      <w:r>
        <w:rPr>
          <w:rFonts w:cs="맑은 고딕"/>
          <w:color w:val="67747D"/>
          <w:sz w:val="15"/>
          <w:lang w:eastAsia="ko-KR"/>
        </w:rPr>
        <w:t>휴학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희망자는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반드시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대면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상담</w:t>
      </w:r>
      <w:r>
        <w:rPr>
          <w:rFonts w:cs="맑은 고딕"/>
          <w:color w:val="67747D"/>
          <w:sz w:val="15"/>
          <w:lang w:eastAsia="ko-KR"/>
        </w:rPr>
        <w:t xml:space="preserve"> ‘</w:t>
      </w:r>
      <w:r>
        <w:rPr>
          <w:rFonts w:cs="맑은 고딕"/>
          <w:color w:val="67747D"/>
          <w:sz w:val="15"/>
          <w:lang w:eastAsia="ko-KR"/>
        </w:rPr>
        <w:t>희망함</w:t>
      </w:r>
      <w:r>
        <w:rPr>
          <w:rFonts w:cs="맑은 고딕"/>
          <w:color w:val="67747D"/>
          <w:sz w:val="15"/>
          <w:lang w:eastAsia="ko-KR"/>
        </w:rPr>
        <w:t>’</w:t>
      </w:r>
      <w:r>
        <w:rPr>
          <w:rFonts w:cs="맑은 고딕"/>
          <w:color w:val="67747D"/>
          <w:sz w:val="15"/>
          <w:lang w:eastAsia="ko-KR"/>
        </w:rPr>
        <w:t>에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체크하세요</w:t>
      </w:r>
      <w:r>
        <w:rPr>
          <w:rFonts w:cs="맑은 고딕"/>
          <w:color w:val="67747D"/>
          <w:sz w:val="15"/>
          <w:lang w:eastAsia="ko-KR"/>
        </w:rPr>
        <w:t xml:space="preserve">. </w:t>
      </w:r>
      <w:r>
        <w:rPr>
          <w:rFonts w:cs="맑은 고딕"/>
          <w:color w:val="67747D"/>
          <w:sz w:val="15"/>
          <w:lang w:eastAsia="ko-KR"/>
        </w:rPr>
        <w:t>서술형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항목별</w:t>
      </w:r>
      <w:r>
        <w:rPr>
          <w:rFonts w:cs="맑은 고딕"/>
          <w:color w:val="67747D"/>
          <w:sz w:val="15"/>
          <w:lang w:eastAsia="ko-KR"/>
        </w:rPr>
        <w:t xml:space="preserve"> 50</w:t>
      </w:r>
      <w:r>
        <w:rPr>
          <w:rFonts w:cs="맑은 고딕"/>
          <w:color w:val="67747D"/>
          <w:sz w:val="15"/>
          <w:lang w:eastAsia="ko-KR"/>
        </w:rPr>
        <w:t>자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미만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또는</w:t>
      </w:r>
      <w:r>
        <w:rPr>
          <w:rFonts w:cs="맑은 고딕"/>
          <w:color w:val="67747D"/>
          <w:sz w:val="15"/>
          <w:lang w:eastAsia="ko-KR"/>
        </w:rPr>
        <w:t xml:space="preserve"> </w:t>
      </w:r>
      <w:proofErr w:type="spellStart"/>
      <w:r>
        <w:rPr>
          <w:rFonts w:cs="맑은 고딕"/>
          <w:color w:val="67747D"/>
          <w:sz w:val="15"/>
          <w:lang w:eastAsia="ko-KR"/>
        </w:rPr>
        <w:t>미작성</w:t>
      </w:r>
      <w:proofErr w:type="spellEnd"/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시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상담일지</w:t>
      </w:r>
      <w:r>
        <w:rPr>
          <w:rFonts w:cs="맑은 고딕"/>
          <w:color w:val="67747D"/>
          <w:sz w:val="15"/>
          <w:lang w:eastAsia="ko-KR"/>
        </w:rPr>
        <w:t xml:space="preserve"> </w:t>
      </w:r>
      <w:proofErr w:type="spellStart"/>
      <w:r>
        <w:rPr>
          <w:rFonts w:cs="맑은 고딕"/>
          <w:color w:val="67747D"/>
          <w:sz w:val="15"/>
          <w:lang w:eastAsia="ko-KR"/>
        </w:rPr>
        <w:t>미제출</w:t>
      </w:r>
      <w:proofErr w:type="spellEnd"/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처리됩니다</w:t>
      </w:r>
      <w:r>
        <w:rPr>
          <w:rFonts w:cs="맑은 고딕"/>
          <w:color w:val="67747D"/>
          <w:sz w:val="15"/>
          <w:lang w:eastAsia="ko-KR"/>
        </w:rPr>
        <w:t>.</w:t>
      </w:r>
    </w:p>
    <w:p w:rsidR="004C1837" w:rsidRDefault="00DB0DA0">
      <w:pPr>
        <w:keepNext/>
        <w:pBdr>
          <w:bottom w:val="single" w:sz="7" w:space="0" w:color="C7DCE0"/>
        </w:pBdr>
        <w:spacing w:before="320" w:after="140"/>
        <w:rPr>
          <w:lang w:eastAsia="ko-KR"/>
        </w:rPr>
      </w:pPr>
      <w:proofErr w:type="gramStart"/>
      <w:r>
        <w:rPr>
          <w:rFonts w:cs="맑은 고딕"/>
          <w:b/>
          <w:color w:val="12737A"/>
          <w:sz w:val="22"/>
          <w:lang w:eastAsia="ko-KR"/>
        </w:rPr>
        <w:t xml:space="preserve">01  </w:t>
      </w:r>
      <w:r>
        <w:rPr>
          <w:rFonts w:cs="맑은 고딕"/>
          <w:b/>
          <w:color w:val="19334F"/>
          <w:sz w:val="22"/>
          <w:lang w:eastAsia="ko-KR"/>
        </w:rPr>
        <w:t>학사관리</w:t>
      </w:r>
      <w:proofErr w:type="gramEnd"/>
      <w:r>
        <w:rPr>
          <w:rFonts w:cs="맑은 고딕"/>
          <w:color w:val="67747D"/>
          <w:sz w:val="16"/>
          <w:lang w:eastAsia="ko-KR"/>
        </w:rPr>
        <w:t xml:space="preserve">   |   </w:t>
      </w:r>
      <w:r>
        <w:rPr>
          <w:rFonts w:cs="맑은 고딕"/>
          <w:color w:val="67747D"/>
          <w:sz w:val="16"/>
          <w:lang w:eastAsia="ko-KR"/>
        </w:rPr>
        <w:t>학업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현황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및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이번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학기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계획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  <w:gridCol w:w="35"/>
      </w:tblGrid>
      <w:tr w:rsidR="004C1837">
        <w:trPr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shd w:val="clear" w:color="auto" w:fill="F8FAFB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88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학점</w:t>
            </w:r>
            <w:r>
              <w:rPr>
                <w:rFonts w:cs="맑은 고딕"/>
                <w:b/>
                <w:color w:val="19334F"/>
                <w:lang w:eastAsia="ko-KR"/>
              </w:rPr>
              <w:t>·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성적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이번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학기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신청</w:t>
            </w:r>
            <w:r>
              <w:rPr>
                <w:rFonts w:cs="맑은 고딕"/>
                <w:lang w:eastAsia="ko-KR"/>
              </w:rPr>
              <w:t xml:space="preserve"> _____</w:t>
            </w:r>
            <w:r>
              <w:rPr>
                <w:rFonts w:cs="맑은 고딕"/>
                <w:lang w:eastAsia="ko-KR"/>
              </w:rPr>
              <w:t>학점</w:t>
            </w:r>
            <w:r>
              <w:rPr>
                <w:rFonts w:cs="맑은 고딕"/>
                <w:lang w:eastAsia="ko-KR"/>
              </w:rPr>
              <w:t xml:space="preserve">   |   </w:t>
            </w:r>
            <w:r>
              <w:rPr>
                <w:rFonts w:cs="맑은 고딕"/>
                <w:lang w:eastAsia="ko-KR"/>
              </w:rPr>
              <w:t>누적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취득</w:t>
            </w:r>
            <w:r>
              <w:rPr>
                <w:rFonts w:cs="맑은 고딕"/>
                <w:lang w:eastAsia="ko-KR"/>
              </w:rPr>
              <w:t xml:space="preserve"> _____</w:t>
            </w:r>
            <w:r>
              <w:rPr>
                <w:rFonts w:cs="맑은 고딕"/>
                <w:lang w:eastAsia="ko-KR"/>
              </w:rPr>
              <w:t>학점</w:t>
            </w:r>
            <w:r>
              <w:rPr>
                <w:rFonts w:cs="맑은 고딕"/>
                <w:lang w:eastAsia="ko-KR"/>
              </w:rPr>
              <w:t xml:space="preserve">   |   </w:t>
            </w:r>
            <w:r>
              <w:rPr>
                <w:rFonts w:cs="맑은 고딕"/>
                <w:lang w:eastAsia="ko-KR"/>
              </w:rPr>
              <w:t>직전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학기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평점</w:t>
            </w:r>
            <w:r>
              <w:rPr>
                <w:rFonts w:cs="맑은 고딕"/>
                <w:lang w:eastAsia="ko-KR"/>
              </w:rPr>
              <w:t xml:space="preserve"> _____/4.5</w:t>
            </w:r>
          </w:p>
        </w:tc>
      </w:tr>
      <w:tr w:rsidR="004C1837">
        <w:trPr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88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학업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상태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□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원활</w:t>
            </w:r>
            <w:r>
              <w:rPr>
                <w:rFonts w:cs="맑은 고딕"/>
                <w:lang w:eastAsia="ko-KR"/>
              </w:rPr>
              <w:t xml:space="preserve">    □ </w:t>
            </w:r>
            <w:r>
              <w:rPr>
                <w:rFonts w:cs="맑은 고딕"/>
                <w:lang w:eastAsia="ko-KR"/>
              </w:rPr>
              <w:t>보통</w:t>
            </w:r>
            <w:r>
              <w:rPr>
                <w:rFonts w:cs="맑은 고딕"/>
                <w:lang w:eastAsia="ko-KR"/>
              </w:rPr>
              <w:t xml:space="preserve">    □ </w:t>
            </w:r>
            <w:r>
              <w:rPr>
                <w:rFonts w:cs="맑은 고딕"/>
                <w:lang w:eastAsia="ko-KR"/>
              </w:rPr>
              <w:t>어려움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있음</w:t>
            </w:r>
            <w:r>
              <w:rPr>
                <w:rFonts w:cs="맑은 고딕"/>
                <w:lang w:eastAsia="ko-KR"/>
              </w:rPr>
              <w:t xml:space="preserve">       </w:t>
            </w:r>
            <w:r>
              <w:rPr>
                <w:rFonts w:cs="맑은 고딕"/>
                <w:lang w:eastAsia="ko-KR"/>
              </w:rPr>
              <w:t>출석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상태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양호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관리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필요</w:t>
            </w:r>
          </w:p>
        </w:tc>
      </w:tr>
      <w:tr w:rsidR="004C1837">
        <w:trPr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shd w:val="clear" w:color="auto" w:fill="F8FAFB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88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주요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고민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□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없음</w:t>
            </w:r>
            <w:r>
              <w:rPr>
                <w:rFonts w:cs="맑은 고딕"/>
                <w:lang w:eastAsia="ko-KR"/>
              </w:rPr>
              <w:t xml:space="preserve">   □ </w:t>
            </w:r>
            <w:r>
              <w:rPr>
                <w:rFonts w:cs="맑은 고딕"/>
                <w:lang w:eastAsia="ko-KR"/>
              </w:rPr>
              <w:t>특정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과목</w:t>
            </w:r>
            <w:r>
              <w:rPr>
                <w:rFonts w:cs="맑은 고딕"/>
                <w:lang w:eastAsia="ko-KR"/>
              </w:rPr>
              <w:t xml:space="preserve">   □ </w:t>
            </w:r>
            <w:r>
              <w:rPr>
                <w:rFonts w:cs="맑은 고딕"/>
                <w:lang w:eastAsia="ko-KR"/>
              </w:rPr>
              <w:t>성적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학습방법</w:t>
            </w:r>
            <w:r>
              <w:rPr>
                <w:rFonts w:cs="맑은 고딕"/>
                <w:lang w:eastAsia="ko-KR"/>
              </w:rPr>
              <w:t xml:space="preserve">   □ </w:t>
            </w:r>
            <w:r>
              <w:rPr>
                <w:rFonts w:cs="맑은 고딕"/>
                <w:lang w:eastAsia="ko-KR"/>
              </w:rPr>
              <w:t>출석</w:t>
            </w:r>
            <w:r>
              <w:rPr>
                <w:rFonts w:cs="맑은 고딕"/>
                <w:lang w:eastAsia="ko-KR"/>
              </w:rPr>
              <w:t xml:space="preserve">   □ </w:t>
            </w:r>
            <w:r>
              <w:rPr>
                <w:rFonts w:cs="맑은 고딕"/>
                <w:lang w:eastAsia="ko-KR"/>
              </w:rPr>
              <w:t>졸업학점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요건</w:t>
            </w:r>
            <w:r>
              <w:rPr>
                <w:rFonts w:cs="맑은 고딕"/>
                <w:lang w:eastAsia="ko-KR"/>
              </w:rPr>
              <w:t xml:space="preserve">   □ </w:t>
            </w:r>
            <w:r>
              <w:rPr>
                <w:rFonts w:cs="맑은 고딕"/>
                <w:lang w:eastAsia="ko-KR"/>
              </w:rPr>
              <w:t>기타</w:t>
            </w:r>
            <w:r>
              <w:rPr>
                <w:rFonts w:cs="맑은 고딕"/>
                <w:lang w:eastAsia="ko-KR"/>
              </w:rPr>
              <w:t>: ____________</w:t>
            </w:r>
          </w:p>
        </w:tc>
      </w:tr>
      <w:tr w:rsidR="004C1837">
        <w:tblPrEx>
          <w:jc w:val="left"/>
        </w:tblPrEx>
        <w:trPr>
          <w:gridAfter w:val="1"/>
          <w:wAfter w:w="35" w:type="dxa"/>
          <w:cantSplit/>
        </w:trPr>
        <w:tc>
          <w:tcPr>
            <w:tcW w:w="10092" w:type="dxa"/>
            <w:tcBorders>
              <w:top w:val="single" w:sz="5" w:space="0" w:color="B9D6D9"/>
              <w:left w:val="single" w:sz="5" w:space="0" w:color="B9D6D9"/>
              <w:bottom w:val="single" w:sz="5" w:space="0" w:color="B9D6D9"/>
              <w:right w:val="single" w:sz="5" w:space="0" w:color="B9D6D9"/>
            </w:tcBorders>
            <w:shd w:val="clear" w:color="auto" w:fill="F2F8F9"/>
            <w:tcMar>
              <w:top w:w="130" w:type="dxa"/>
              <w:left w:w="165" w:type="dxa"/>
              <w:bottom w:w="125" w:type="dxa"/>
              <w:right w:w="145" w:type="dxa"/>
            </w:tcMar>
            <w:vAlign w:val="center"/>
          </w:tcPr>
          <w:p w:rsidR="004C1837" w:rsidRDefault="00DB0DA0">
            <w:pPr>
              <w:spacing w:after="60"/>
              <w:rPr>
                <w:lang w:eastAsia="ko-KR"/>
              </w:rPr>
            </w:pPr>
            <w:r>
              <w:rPr>
                <w:rFonts w:cs="맑은 고딕"/>
                <w:b/>
                <w:color w:val="12737A"/>
                <w:lang w:eastAsia="ko-KR"/>
              </w:rPr>
              <w:t>학사관리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2737A"/>
                <w:lang w:eastAsia="ko-KR"/>
              </w:rPr>
              <w:t>요약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현재</w:t>
            </w:r>
            <w:proofErr w:type="gramEnd"/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학업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상태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,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어려운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점</w:t>
            </w:r>
            <w:r>
              <w:rPr>
                <w:rFonts w:cs="맑은 고딕"/>
                <w:color w:val="67747D"/>
                <w:sz w:val="16"/>
                <w:lang w:eastAsia="ko-KR"/>
              </w:rPr>
              <w:t>(</w:t>
            </w:r>
            <w:r>
              <w:rPr>
                <w:rFonts w:cs="맑은 고딕"/>
                <w:color w:val="67747D"/>
                <w:sz w:val="16"/>
                <w:lang w:eastAsia="ko-KR"/>
              </w:rPr>
              <w:t>과목</w:t>
            </w:r>
            <w:r>
              <w:rPr>
                <w:rFonts w:cs="맑은 고딕"/>
                <w:color w:val="67747D"/>
                <w:sz w:val="16"/>
                <w:lang w:eastAsia="ko-KR"/>
              </w:rPr>
              <w:t>·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이유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),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이번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학기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보완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계획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등을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50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자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이상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작성</w:t>
            </w:r>
          </w:p>
          <w:p w:rsidR="004C1837" w:rsidRDefault="004C1837">
            <w:pPr>
              <w:keepLines/>
              <w:pBdr>
                <w:bottom w:val="single" w:sz="4" w:space="0" w:color="C8D8DB"/>
              </w:pBdr>
              <w:spacing w:after="40" w:line="240" w:lineRule="auto"/>
            </w:pPr>
            <w:bookmarkStart w:id="0" w:name="_GoBack"/>
            <w:bookmarkEnd w:id="0"/>
          </w:p>
          <w:p w:rsidR="004C1837" w:rsidRDefault="00DB0DA0">
            <w:pPr>
              <w:keepLines/>
              <w:pBdr>
                <w:bottom w:val="single" w:sz="4" w:space="0" w:color="C8D8DB"/>
              </w:pBdr>
              <w:spacing w:after="40" w:line="240" w:lineRule="auto"/>
            </w:pPr>
            <w:r>
              <w:rPr>
                <w:rFonts w:cs="맑은 고딕"/>
                <w:sz w:val="21"/>
              </w:rPr>
              <w:t xml:space="preserve">　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spacing w:after="40" w:line="240" w:lineRule="auto"/>
            </w:pPr>
            <w:r>
              <w:rPr>
                <w:rFonts w:cs="맑은 고딕"/>
                <w:sz w:val="21"/>
              </w:rPr>
              <w:t xml:space="preserve">　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spacing w:after="40" w:line="240" w:lineRule="auto"/>
            </w:pPr>
            <w:r>
              <w:rPr>
                <w:rFonts w:cs="맑은 고딕"/>
                <w:sz w:val="21"/>
              </w:rPr>
              <w:t xml:space="preserve">　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spacing w:after="40" w:line="240" w:lineRule="auto"/>
            </w:pPr>
            <w:r>
              <w:rPr>
                <w:rFonts w:cs="맑은 고딕"/>
                <w:sz w:val="21"/>
              </w:rPr>
              <w:t xml:space="preserve">　</w:t>
            </w:r>
          </w:p>
        </w:tc>
      </w:tr>
    </w:tbl>
    <w:p w:rsidR="004C1837" w:rsidRDefault="00DB0DA0">
      <w:pPr>
        <w:keepNext/>
        <w:pBdr>
          <w:bottom w:val="single" w:sz="7" w:space="0" w:color="C7DCE0"/>
        </w:pBdr>
        <w:spacing w:before="320" w:after="140"/>
        <w:rPr>
          <w:lang w:eastAsia="ko-KR"/>
        </w:rPr>
      </w:pPr>
      <w:proofErr w:type="gramStart"/>
      <w:r>
        <w:rPr>
          <w:rFonts w:cs="맑은 고딕"/>
          <w:b/>
          <w:color w:val="12737A"/>
          <w:sz w:val="22"/>
          <w:lang w:eastAsia="ko-KR"/>
        </w:rPr>
        <w:t xml:space="preserve">02  </w:t>
      </w:r>
      <w:r>
        <w:rPr>
          <w:rFonts w:cs="맑은 고딕"/>
          <w:b/>
          <w:color w:val="19334F"/>
          <w:sz w:val="22"/>
          <w:lang w:eastAsia="ko-KR"/>
        </w:rPr>
        <w:t>학교생활</w:t>
      </w:r>
      <w:proofErr w:type="gramEnd"/>
      <w:r>
        <w:rPr>
          <w:rFonts w:cs="맑은 고딕"/>
          <w:color w:val="67747D"/>
          <w:sz w:val="16"/>
          <w:lang w:eastAsia="ko-KR"/>
        </w:rPr>
        <w:t xml:space="preserve">   |   </w:t>
      </w:r>
      <w:r>
        <w:rPr>
          <w:rFonts w:cs="맑은 고딕"/>
          <w:color w:val="67747D"/>
          <w:sz w:val="16"/>
          <w:lang w:eastAsia="ko-KR"/>
        </w:rPr>
        <w:t>교내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활동</w:t>
      </w:r>
      <w:r>
        <w:rPr>
          <w:rFonts w:cs="맑은 고딕"/>
          <w:color w:val="67747D"/>
          <w:sz w:val="16"/>
          <w:lang w:eastAsia="ko-KR"/>
        </w:rPr>
        <w:t>·</w:t>
      </w:r>
      <w:r>
        <w:rPr>
          <w:rFonts w:cs="맑은 고딕"/>
          <w:color w:val="67747D"/>
          <w:sz w:val="16"/>
          <w:lang w:eastAsia="ko-KR"/>
        </w:rPr>
        <w:t>아르바이트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및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생활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적응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10092"/>
        <w:gridCol w:w="35"/>
      </w:tblGrid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shd w:val="clear" w:color="auto" w:fill="F8FAFB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88" w:lineRule="auto"/>
              <w:rPr>
                <w:lang w:eastAsia="ko-KR"/>
              </w:rPr>
            </w:pP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학교생활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만족도</w:t>
            </w:r>
            <w:proofErr w:type="gramEnd"/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높음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보통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낮음</w:t>
            </w:r>
            <w:r>
              <w:rPr>
                <w:rFonts w:cs="맑은 고딕"/>
                <w:lang w:eastAsia="ko-KR"/>
              </w:rPr>
              <w:t xml:space="preserve">      </w:t>
            </w:r>
            <w:r>
              <w:rPr>
                <w:rFonts w:cs="맑은 고딕"/>
                <w:lang w:eastAsia="ko-KR"/>
              </w:rPr>
              <w:t>학과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적응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원활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보통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어려움</w:t>
            </w:r>
          </w:p>
        </w:tc>
      </w:tr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88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교내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활동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학생회</w:t>
            </w:r>
            <w:proofErr w:type="gramEnd"/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참여</w:t>
            </w:r>
            <w:r>
              <w:rPr>
                <w:rFonts w:cs="맑은 고딕"/>
                <w:lang w:eastAsia="ko-KR"/>
              </w:rPr>
              <w:t xml:space="preserve">  □ </w:t>
            </w:r>
            <w:proofErr w:type="spellStart"/>
            <w:r>
              <w:rPr>
                <w:rFonts w:cs="맑은 고딕"/>
                <w:lang w:eastAsia="ko-KR"/>
              </w:rPr>
              <w:t>미참여</w:t>
            </w:r>
            <w:proofErr w:type="spellEnd"/>
            <w:r>
              <w:rPr>
                <w:rFonts w:cs="맑은 고딕"/>
                <w:lang w:eastAsia="ko-KR"/>
              </w:rPr>
              <w:t xml:space="preserve">     </w:t>
            </w:r>
            <w:r>
              <w:rPr>
                <w:rFonts w:cs="맑은 고딕"/>
                <w:lang w:eastAsia="ko-KR"/>
              </w:rPr>
              <w:t>동아리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스터디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참여</w:t>
            </w:r>
            <w:r>
              <w:rPr>
                <w:rFonts w:cs="맑은 고딕"/>
                <w:lang w:eastAsia="ko-KR"/>
              </w:rPr>
              <w:t xml:space="preserve"> (_________)  □</w:t>
            </w:r>
            <w:r>
              <w:rPr>
                <w:rFonts w:cs="맑은 고딕"/>
                <w:lang w:eastAsia="ko-KR"/>
              </w:rPr>
              <w:t xml:space="preserve"> </w:t>
            </w:r>
            <w:proofErr w:type="spellStart"/>
            <w:r>
              <w:rPr>
                <w:rFonts w:cs="맑은 고딕"/>
                <w:lang w:eastAsia="ko-KR"/>
              </w:rPr>
              <w:t>미참여</w:t>
            </w:r>
            <w:proofErr w:type="spellEnd"/>
          </w:p>
        </w:tc>
      </w:tr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shd w:val="clear" w:color="auto" w:fill="F8FAFB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88" w:lineRule="auto"/>
              <w:rPr>
                <w:lang w:eastAsia="ko-KR"/>
              </w:rPr>
            </w:pP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아르바이트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□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하지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않음</w:t>
            </w:r>
            <w:r>
              <w:rPr>
                <w:rFonts w:cs="맑은 고딕"/>
                <w:lang w:eastAsia="ko-KR"/>
              </w:rPr>
              <w:t xml:space="preserve">    □ </w:t>
            </w:r>
            <w:r>
              <w:rPr>
                <w:rFonts w:cs="맑은 고딕"/>
                <w:lang w:eastAsia="ko-KR"/>
              </w:rPr>
              <w:t>하고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있음</w:t>
            </w:r>
            <w:r>
              <w:rPr>
                <w:rFonts w:cs="맑은 고딕"/>
                <w:lang w:eastAsia="ko-KR"/>
              </w:rPr>
              <w:t xml:space="preserve"> (</w:t>
            </w:r>
            <w:r>
              <w:rPr>
                <w:rFonts w:cs="맑은 고딕"/>
                <w:lang w:eastAsia="ko-KR"/>
              </w:rPr>
              <w:t>주</w:t>
            </w:r>
            <w:r>
              <w:rPr>
                <w:rFonts w:cs="맑은 고딕"/>
                <w:lang w:eastAsia="ko-KR"/>
              </w:rPr>
              <w:t xml:space="preserve"> _____</w:t>
            </w:r>
            <w:r>
              <w:rPr>
                <w:rFonts w:cs="맑은 고딕"/>
                <w:lang w:eastAsia="ko-KR"/>
              </w:rPr>
              <w:t>시간</w:t>
            </w:r>
            <w:r>
              <w:rPr>
                <w:rFonts w:cs="맑은 고딕"/>
                <w:lang w:eastAsia="ko-KR"/>
              </w:rPr>
              <w:t xml:space="preserve"> / </w:t>
            </w:r>
            <w:r>
              <w:rPr>
                <w:rFonts w:cs="맑은 고딕"/>
                <w:lang w:eastAsia="ko-KR"/>
              </w:rPr>
              <w:t>일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종류</w:t>
            </w:r>
            <w:r>
              <w:rPr>
                <w:rFonts w:cs="맑은 고딕"/>
                <w:lang w:eastAsia="ko-KR"/>
              </w:rPr>
              <w:t>: _________________)</w:t>
            </w:r>
          </w:p>
        </w:tc>
      </w:tr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88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생활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고민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□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없음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교우관계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경제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생활비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학업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근로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병행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통학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거주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기타</w:t>
            </w:r>
            <w:r>
              <w:rPr>
                <w:rFonts w:cs="맑은 고딕"/>
                <w:lang w:eastAsia="ko-KR"/>
              </w:rPr>
              <w:t>: _______</w:t>
            </w:r>
          </w:p>
        </w:tc>
      </w:tr>
      <w:tr w:rsidR="004C1837">
        <w:tblPrEx>
          <w:jc w:val="left"/>
        </w:tblPrEx>
        <w:trPr>
          <w:gridAfter w:val="1"/>
          <w:wAfter w:w="35" w:type="dxa"/>
          <w:cantSplit/>
        </w:trPr>
        <w:tc>
          <w:tcPr>
            <w:tcW w:w="10092" w:type="dxa"/>
            <w:gridSpan w:val="2"/>
            <w:tcBorders>
              <w:top w:val="single" w:sz="5" w:space="0" w:color="B9D6D9"/>
              <w:left w:val="single" w:sz="5" w:space="0" w:color="B9D6D9"/>
              <w:bottom w:val="single" w:sz="5" w:space="0" w:color="B9D6D9"/>
              <w:right w:val="single" w:sz="5" w:space="0" w:color="B9D6D9"/>
            </w:tcBorders>
            <w:shd w:val="clear" w:color="auto" w:fill="F2F8F9"/>
            <w:tcMar>
              <w:top w:w="130" w:type="dxa"/>
              <w:left w:w="165" w:type="dxa"/>
              <w:bottom w:w="125" w:type="dxa"/>
              <w:right w:w="145" w:type="dxa"/>
            </w:tcMar>
            <w:vAlign w:val="center"/>
          </w:tcPr>
          <w:p w:rsidR="004C1837" w:rsidRDefault="00DB0DA0">
            <w:pPr>
              <w:spacing w:after="60"/>
              <w:rPr>
                <w:lang w:eastAsia="ko-KR"/>
              </w:rPr>
            </w:pPr>
            <w:r>
              <w:rPr>
                <w:rFonts w:cs="맑은 고딕"/>
                <w:b/>
                <w:color w:val="12737A"/>
                <w:lang w:eastAsia="ko-KR"/>
              </w:rPr>
              <w:t>학교생활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2737A"/>
                <w:lang w:eastAsia="ko-KR"/>
              </w:rPr>
              <w:t>요약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교내</w:t>
            </w:r>
            <w:proofErr w:type="gramEnd"/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활동</w:t>
            </w:r>
            <w:r>
              <w:rPr>
                <w:rFonts w:cs="맑은 고딕"/>
                <w:color w:val="67747D"/>
                <w:sz w:val="16"/>
                <w:lang w:eastAsia="ko-KR"/>
              </w:rPr>
              <w:t>·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아르바이트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현황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,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생활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만족도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,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어려움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및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필요한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도움을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50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자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이상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작성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spacing w:after="40" w:line="240" w:lineRule="auto"/>
              <w:rPr>
                <w:lang w:eastAsia="ko-KR"/>
              </w:rPr>
            </w:pPr>
            <w:r>
              <w:rPr>
                <w:rFonts w:cs="맑은 고딕"/>
                <w:sz w:val="21"/>
                <w:lang w:eastAsia="ko-KR"/>
              </w:rPr>
              <w:t xml:space="preserve">　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spacing w:after="40" w:line="240" w:lineRule="auto"/>
              <w:rPr>
                <w:lang w:eastAsia="ko-KR"/>
              </w:rPr>
            </w:pPr>
            <w:r>
              <w:rPr>
                <w:rFonts w:cs="맑은 고딕"/>
                <w:sz w:val="21"/>
                <w:lang w:eastAsia="ko-KR"/>
              </w:rPr>
              <w:t xml:space="preserve">　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spacing w:after="40" w:line="240" w:lineRule="auto"/>
              <w:rPr>
                <w:lang w:eastAsia="ko-KR"/>
              </w:rPr>
            </w:pPr>
            <w:r>
              <w:rPr>
                <w:rFonts w:cs="맑은 고딕"/>
                <w:sz w:val="21"/>
                <w:lang w:eastAsia="ko-KR"/>
              </w:rPr>
              <w:t xml:space="preserve">　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spacing w:after="40" w:line="240" w:lineRule="auto"/>
              <w:rPr>
                <w:lang w:eastAsia="ko-KR"/>
              </w:rPr>
            </w:pPr>
            <w:r>
              <w:rPr>
                <w:rFonts w:cs="맑은 고딕"/>
                <w:sz w:val="21"/>
                <w:lang w:eastAsia="ko-KR"/>
              </w:rPr>
              <w:t xml:space="preserve">　</w:t>
            </w:r>
          </w:p>
        </w:tc>
      </w:tr>
    </w:tbl>
    <w:p w:rsidR="004C1837" w:rsidRDefault="00DB0DA0">
      <w:pPr>
        <w:rPr>
          <w:lang w:eastAsia="ko-KR"/>
        </w:rPr>
      </w:pPr>
      <w:r>
        <w:rPr>
          <w:lang w:eastAsia="ko-KR"/>
        </w:rPr>
        <w:br w:type="page"/>
      </w:r>
    </w:p>
    <w:p w:rsidR="004C1837" w:rsidRDefault="00DB0DA0">
      <w:pPr>
        <w:spacing w:after="60"/>
        <w:rPr>
          <w:lang w:eastAsia="ko-KR"/>
        </w:rPr>
      </w:pPr>
      <w:proofErr w:type="spellStart"/>
      <w:r>
        <w:rPr>
          <w:rFonts w:cs="맑은 고딕"/>
          <w:b/>
          <w:color w:val="19334F"/>
          <w:sz w:val="25"/>
          <w:lang w:eastAsia="ko-KR"/>
        </w:rPr>
        <w:lastRenderedPageBreak/>
        <w:t>지도학생</w:t>
      </w:r>
      <w:proofErr w:type="spellEnd"/>
      <w:r>
        <w:rPr>
          <w:rFonts w:cs="맑은 고딕"/>
          <w:b/>
          <w:color w:val="19334F"/>
          <w:sz w:val="25"/>
          <w:lang w:eastAsia="ko-KR"/>
        </w:rPr>
        <w:t xml:space="preserve"> </w:t>
      </w:r>
      <w:r>
        <w:rPr>
          <w:rFonts w:cs="맑은 고딕"/>
          <w:b/>
          <w:color w:val="19334F"/>
          <w:sz w:val="25"/>
          <w:lang w:eastAsia="ko-KR"/>
        </w:rPr>
        <w:t>상담일지</w:t>
      </w:r>
      <w:r>
        <w:rPr>
          <w:rFonts w:cs="맑은 고딕"/>
          <w:color w:val="67747D"/>
          <w:sz w:val="17"/>
          <w:lang w:eastAsia="ko-KR"/>
        </w:rPr>
        <w:t xml:space="preserve">   2 / 2   </w:t>
      </w:r>
      <w:proofErr w:type="gramStart"/>
      <w:r>
        <w:rPr>
          <w:rFonts w:cs="맑은 고딕"/>
          <w:color w:val="67747D"/>
          <w:sz w:val="17"/>
          <w:lang w:eastAsia="ko-KR"/>
        </w:rPr>
        <w:t xml:space="preserve">|   </w:t>
      </w:r>
      <w:r>
        <w:rPr>
          <w:rFonts w:cs="맑은 고딕"/>
          <w:color w:val="67747D"/>
          <w:sz w:val="17"/>
          <w:lang w:eastAsia="ko-KR"/>
        </w:rPr>
        <w:t>진로</w:t>
      </w:r>
      <w:proofErr w:type="gramEnd"/>
      <w:r>
        <w:rPr>
          <w:rFonts w:cs="맑은 고딕"/>
          <w:color w:val="67747D"/>
          <w:sz w:val="17"/>
          <w:lang w:eastAsia="ko-KR"/>
        </w:rPr>
        <w:t>·</w:t>
      </w:r>
      <w:r>
        <w:rPr>
          <w:rFonts w:cs="맑은 고딕"/>
          <w:color w:val="67747D"/>
          <w:sz w:val="17"/>
          <w:lang w:eastAsia="ko-KR"/>
        </w:rPr>
        <w:t>학적</w:t>
      </w:r>
      <w:r>
        <w:rPr>
          <w:rFonts w:cs="맑은 고딕"/>
          <w:color w:val="67747D"/>
          <w:sz w:val="17"/>
          <w:lang w:eastAsia="ko-KR"/>
        </w:rPr>
        <w:t>·</w:t>
      </w:r>
      <w:r>
        <w:rPr>
          <w:rFonts w:cs="맑은 고딕"/>
          <w:color w:val="67747D"/>
          <w:sz w:val="17"/>
          <w:lang w:eastAsia="ko-KR"/>
        </w:rPr>
        <w:t>상담</w:t>
      </w:r>
      <w:r>
        <w:rPr>
          <w:rFonts w:cs="맑은 고딕"/>
          <w:color w:val="67747D"/>
          <w:sz w:val="17"/>
          <w:lang w:eastAsia="ko-KR"/>
        </w:rPr>
        <w:t xml:space="preserve"> </w:t>
      </w:r>
      <w:r>
        <w:rPr>
          <w:rFonts w:cs="맑은 고딕"/>
          <w:color w:val="67747D"/>
          <w:sz w:val="17"/>
          <w:lang w:eastAsia="ko-KR"/>
        </w:rPr>
        <w:t>요청</w:t>
      </w:r>
    </w:p>
    <w:p w:rsidR="004C1837" w:rsidRDefault="00DB0DA0">
      <w:pPr>
        <w:keepNext/>
        <w:pBdr>
          <w:bottom w:val="single" w:sz="7" w:space="0" w:color="C7DCE0"/>
        </w:pBdr>
        <w:spacing w:before="180" w:after="80"/>
        <w:rPr>
          <w:lang w:eastAsia="ko-KR"/>
        </w:rPr>
      </w:pPr>
      <w:proofErr w:type="gramStart"/>
      <w:r>
        <w:rPr>
          <w:rFonts w:cs="맑은 고딕"/>
          <w:b/>
          <w:color w:val="12737A"/>
          <w:sz w:val="22"/>
          <w:lang w:eastAsia="ko-KR"/>
        </w:rPr>
        <w:t xml:space="preserve">03  </w:t>
      </w:r>
      <w:r>
        <w:rPr>
          <w:rFonts w:cs="맑은 고딕"/>
          <w:b/>
          <w:color w:val="19334F"/>
          <w:sz w:val="22"/>
          <w:lang w:eastAsia="ko-KR"/>
        </w:rPr>
        <w:t>진로지도</w:t>
      </w:r>
      <w:proofErr w:type="gramEnd"/>
      <w:r>
        <w:rPr>
          <w:rFonts w:cs="맑은 고딕"/>
          <w:color w:val="67747D"/>
          <w:sz w:val="16"/>
          <w:lang w:eastAsia="ko-KR"/>
        </w:rPr>
        <w:t xml:space="preserve">   |   </w:t>
      </w:r>
      <w:r>
        <w:rPr>
          <w:rFonts w:cs="맑은 고딕"/>
          <w:color w:val="67747D"/>
          <w:sz w:val="16"/>
          <w:lang w:eastAsia="ko-KR"/>
        </w:rPr>
        <w:t>목표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진로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및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준비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상황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10092"/>
        <w:gridCol w:w="35"/>
      </w:tblGrid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shd w:val="clear" w:color="auto" w:fill="F8FAFB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64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희망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진로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□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경찰</w:t>
            </w:r>
            <w:r>
              <w:rPr>
                <w:rFonts w:cs="맑은 고딕"/>
                <w:lang w:eastAsia="ko-KR"/>
              </w:rPr>
              <w:t>(</w:t>
            </w:r>
            <w:r>
              <w:rPr>
                <w:rFonts w:cs="맑은 고딕"/>
                <w:lang w:eastAsia="ko-KR"/>
              </w:rPr>
              <w:t>순경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간부</w:t>
            </w:r>
            <w:r>
              <w:rPr>
                <w:rFonts w:cs="맑은 고딕"/>
                <w:lang w:eastAsia="ko-KR"/>
              </w:rPr>
              <w:t xml:space="preserve">)  □ </w:t>
            </w:r>
            <w:r>
              <w:rPr>
                <w:rFonts w:cs="맑은 고딕"/>
                <w:lang w:eastAsia="ko-KR"/>
              </w:rPr>
              <w:t>교정</w:t>
            </w:r>
            <w:r>
              <w:rPr>
                <w:rFonts w:cs="맑은 고딕"/>
                <w:lang w:eastAsia="ko-KR"/>
              </w:rPr>
              <w:t>·</w:t>
            </w:r>
            <w:proofErr w:type="spellStart"/>
            <w:r>
              <w:rPr>
                <w:rFonts w:cs="맑은 고딕"/>
                <w:lang w:eastAsia="ko-KR"/>
              </w:rPr>
              <w:t>보호직</w:t>
            </w:r>
            <w:proofErr w:type="spellEnd"/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행정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공공기관</w:t>
            </w:r>
            <w:r>
              <w:rPr>
                <w:rFonts w:cs="맑은 고딕"/>
                <w:lang w:eastAsia="ko-KR"/>
              </w:rPr>
              <w:t xml:space="preserve">  □ </w:t>
            </w:r>
            <w:proofErr w:type="spellStart"/>
            <w:r>
              <w:rPr>
                <w:rFonts w:cs="맑은 고딕"/>
                <w:lang w:eastAsia="ko-KR"/>
              </w:rPr>
              <w:t>민간보안</w:t>
            </w:r>
            <w:proofErr w:type="spellEnd"/>
            <w:r>
              <w:rPr>
                <w:rFonts w:cs="맑은 고딕"/>
                <w:lang w:eastAsia="ko-KR"/>
              </w:rPr>
              <w:br/>
              <w:t xml:space="preserve">                 □ </w:t>
            </w:r>
            <w:r>
              <w:rPr>
                <w:rFonts w:cs="맑은 고딕"/>
                <w:lang w:eastAsia="ko-KR"/>
              </w:rPr>
              <w:t>대학원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미정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기타</w:t>
            </w:r>
            <w:r>
              <w:rPr>
                <w:rFonts w:cs="맑은 고딕"/>
                <w:lang w:eastAsia="ko-KR"/>
              </w:rPr>
              <w:t>: __________________</w:t>
            </w:r>
          </w:p>
        </w:tc>
      </w:tr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64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구체적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목표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희망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직무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기관</w:t>
            </w:r>
            <w:r>
              <w:rPr>
                <w:rFonts w:cs="맑은 고딕"/>
                <w:lang w:eastAsia="ko-KR"/>
              </w:rPr>
              <w:t>(</w:t>
            </w:r>
            <w:r>
              <w:rPr>
                <w:rFonts w:cs="맑은 고딕"/>
                <w:lang w:eastAsia="ko-KR"/>
              </w:rPr>
              <w:t>또는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관심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분야</w:t>
            </w:r>
            <w:r>
              <w:rPr>
                <w:rFonts w:cs="맑은 고딕"/>
                <w:lang w:eastAsia="ko-KR"/>
              </w:rPr>
              <w:t>): ______________________________________________</w:t>
            </w:r>
          </w:p>
        </w:tc>
      </w:tr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shd w:val="clear" w:color="auto" w:fill="F8FAFB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64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준비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단계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□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탐색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중</w:t>
            </w:r>
            <w:r>
              <w:rPr>
                <w:rFonts w:cs="맑은 고딕"/>
                <w:lang w:eastAsia="ko-KR"/>
              </w:rPr>
              <w:t xml:space="preserve">   □ </w:t>
            </w:r>
            <w:r>
              <w:rPr>
                <w:rFonts w:cs="맑은 고딕"/>
                <w:lang w:eastAsia="ko-KR"/>
              </w:rPr>
              <w:t>계획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수립</w:t>
            </w:r>
            <w:r>
              <w:rPr>
                <w:rFonts w:cs="맑은 고딕"/>
                <w:lang w:eastAsia="ko-KR"/>
              </w:rPr>
              <w:t xml:space="preserve">   □ </w:t>
            </w:r>
            <w:r>
              <w:rPr>
                <w:rFonts w:cs="맑은 고딕"/>
                <w:lang w:eastAsia="ko-KR"/>
              </w:rPr>
              <w:t>정기적으로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준비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중</w:t>
            </w:r>
            <w:r>
              <w:rPr>
                <w:rFonts w:cs="맑은 고딕"/>
                <w:lang w:eastAsia="ko-KR"/>
              </w:rPr>
              <w:t xml:space="preserve">   □ </w:t>
            </w:r>
            <w:r>
              <w:rPr>
                <w:rFonts w:cs="맑은 고딕"/>
                <w:lang w:eastAsia="ko-KR"/>
              </w:rPr>
              <w:t>시험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응시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취업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지원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중</w:t>
            </w:r>
          </w:p>
        </w:tc>
      </w:tr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64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준비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현황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□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전공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학습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한국사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영어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체력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자격증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인턴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대외활동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기타</w:t>
            </w:r>
            <w:r>
              <w:rPr>
                <w:rFonts w:cs="맑은 고딕"/>
                <w:lang w:eastAsia="ko-KR"/>
              </w:rPr>
              <w:t xml:space="preserve">: ________  □ </w:t>
            </w:r>
            <w:r>
              <w:rPr>
                <w:rFonts w:cs="맑은 고딕"/>
                <w:lang w:eastAsia="ko-KR"/>
              </w:rPr>
              <w:t>아직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없음</w:t>
            </w:r>
          </w:p>
        </w:tc>
      </w:tr>
      <w:tr w:rsidR="004C1837">
        <w:tblPrEx>
          <w:jc w:val="left"/>
        </w:tblPrEx>
        <w:trPr>
          <w:gridAfter w:val="1"/>
          <w:wAfter w:w="35" w:type="dxa"/>
          <w:cantSplit/>
        </w:trPr>
        <w:tc>
          <w:tcPr>
            <w:tcW w:w="10092" w:type="dxa"/>
            <w:gridSpan w:val="2"/>
            <w:tcBorders>
              <w:top w:val="single" w:sz="5" w:space="0" w:color="B9D6D9"/>
              <w:left w:val="single" w:sz="5" w:space="0" w:color="B9D6D9"/>
              <w:bottom w:val="single" w:sz="5" w:space="0" w:color="B9D6D9"/>
              <w:right w:val="single" w:sz="5" w:space="0" w:color="B9D6D9"/>
            </w:tcBorders>
            <w:shd w:val="clear" w:color="auto" w:fill="F2F8F9"/>
            <w:tcMar>
              <w:top w:w="130" w:type="dxa"/>
              <w:left w:w="165" w:type="dxa"/>
              <w:bottom w:w="125" w:type="dxa"/>
              <w:right w:w="145" w:type="dxa"/>
            </w:tcMar>
            <w:vAlign w:val="center"/>
          </w:tcPr>
          <w:p w:rsidR="004C1837" w:rsidRDefault="00DB0DA0">
            <w:pPr>
              <w:spacing w:after="30"/>
              <w:rPr>
                <w:lang w:eastAsia="ko-KR"/>
              </w:rPr>
            </w:pPr>
            <w:r>
              <w:rPr>
                <w:rFonts w:cs="맑은 고딕"/>
                <w:b/>
                <w:color w:val="12737A"/>
                <w:lang w:eastAsia="ko-KR"/>
              </w:rPr>
              <w:t>진로지도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2737A"/>
                <w:lang w:eastAsia="ko-KR"/>
              </w:rPr>
              <w:t>요약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목표</w:t>
            </w:r>
            <w:proofErr w:type="gramEnd"/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진로와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선택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이유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,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시험</w:t>
            </w:r>
            <w:r>
              <w:rPr>
                <w:rFonts w:cs="맑은 고딕"/>
                <w:color w:val="67747D"/>
                <w:sz w:val="16"/>
                <w:lang w:eastAsia="ko-KR"/>
              </w:rPr>
              <w:t>·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자격증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등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현재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준비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상태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,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앞으로의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계획을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50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자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이상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작성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rPr>
                <w:lang w:eastAsia="ko-KR"/>
              </w:rPr>
            </w:pPr>
            <w:r>
              <w:rPr>
                <w:rFonts w:cs="맑은 고딕"/>
                <w:sz w:val="21"/>
                <w:lang w:eastAsia="ko-KR"/>
              </w:rPr>
              <w:t xml:space="preserve">　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rPr>
                <w:lang w:eastAsia="ko-KR"/>
              </w:rPr>
            </w:pPr>
            <w:r>
              <w:rPr>
                <w:rFonts w:cs="맑은 고딕"/>
                <w:sz w:val="21"/>
                <w:lang w:eastAsia="ko-KR"/>
              </w:rPr>
              <w:t xml:space="preserve">　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rPr>
                <w:lang w:eastAsia="ko-KR"/>
              </w:rPr>
            </w:pPr>
            <w:r>
              <w:rPr>
                <w:rFonts w:cs="맑은 고딕"/>
                <w:sz w:val="21"/>
                <w:lang w:eastAsia="ko-KR"/>
              </w:rPr>
              <w:t xml:space="preserve">　</w:t>
            </w:r>
          </w:p>
        </w:tc>
      </w:tr>
    </w:tbl>
    <w:p w:rsidR="004C1837" w:rsidRDefault="00DB0DA0">
      <w:pPr>
        <w:keepNext/>
        <w:pBdr>
          <w:bottom w:val="single" w:sz="7" w:space="0" w:color="C7DCE0"/>
        </w:pBdr>
        <w:spacing w:before="180" w:after="80"/>
        <w:rPr>
          <w:lang w:eastAsia="ko-KR"/>
        </w:rPr>
      </w:pPr>
      <w:proofErr w:type="gramStart"/>
      <w:r>
        <w:rPr>
          <w:rFonts w:cs="맑은 고딕"/>
          <w:b/>
          <w:color w:val="12737A"/>
          <w:sz w:val="22"/>
          <w:lang w:eastAsia="ko-KR"/>
        </w:rPr>
        <w:t xml:space="preserve">04  </w:t>
      </w:r>
      <w:r>
        <w:rPr>
          <w:rFonts w:cs="맑은 고딕"/>
          <w:b/>
          <w:color w:val="19334F"/>
          <w:sz w:val="22"/>
          <w:lang w:eastAsia="ko-KR"/>
        </w:rPr>
        <w:t>휴</w:t>
      </w:r>
      <w:proofErr w:type="gramEnd"/>
      <w:r>
        <w:rPr>
          <w:rFonts w:cs="맑은 고딕"/>
          <w:b/>
          <w:color w:val="19334F"/>
          <w:sz w:val="22"/>
          <w:lang w:eastAsia="ko-KR"/>
        </w:rPr>
        <w:t>·</w:t>
      </w:r>
      <w:r>
        <w:rPr>
          <w:rFonts w:cs="맑은 고딕"/>
          <w:b/>
          <w:color w:val="19334F"/>
          <w:sz w:val="22"/>
          <w:lang w:eastAsia="ko-KR"/>
        </w:rPr>
        <w:t>복학</w:t>
      </w:r>
      <w:r>
        <w:rPr>
          <w:rFonts w:cs="맑은 고딕"/>
          <w:b/>
          <w:color w:val="19334F"/>
          <w:sz w:val="22"/>
          <w:lang w:eastAsia="ko-KR"/>
        </w:rPr>
        <w:t xml:space="preserve"> </w:t>
      </w:r>
      <w:r>
        <w:rPr>
          <w:rFonts w:cs="맑은 고딕"/>
          <w:b/>
          <w:color w:val="19334F"/>
          <w:sz w:val="22"/>
          <w:lang w:eastAsia="ko-KR"/>
        </w:rPr>
        <w:t>상담</w:t>
      </w:r>
      <w:r>
        <w:rPr>
          <w:rFonts w:cs="맑은 고딕"/>
          <w:color w:val="67747D"/>
          <w:sz w:val="16"/>
          <w:lang w:eastAsia="ko-KR"/>
        </w:rPr>
        <w:t xml:space="preserve">   |   </w:t>
      </w:r>
      <w:r>
        <w:rPr>
          <w:rFonts w:cs="맑은 고딕"/>
          <w:color w:val="67747D"/>
          <w:sz w:val="16"/>
          <w:lang w:eastAsia="ko-KR"/>
        </w:rPr>
        <w:t>학적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유지</w:t>
      </w:r>
      <w:r>
        <w:rPr>
          <w:rFonts w:cs="맑은 고딕"/>
          <w:color w:val="67747D"/>
          <w:sz w:val="16"/>
          <w:lang w:eastAsia="ko-KR"/>
        </w:rPr>
        <w:t>·</w:t>
      </w:r>
      <w:r>
        <w:rPr>
          <w:rFonts w:cs="맑은 고딕"/>
          <w:color w:val="67747D"/>
          <w:sz w:val="16"/>
          <w:lang w:eastAsia="ko-KR"/>
        </w:rPr>
        <w:t>휴학</w:t>
      </w:r>
      <w:r>
        <w:rPr>
          <w:rFonts w:cs="맑은 고딕"/>
          <w:color w:val="67747D"/>
          <w:sz w:val="16"/>
          <w:lang w:eastAsia="ko-KR"/>
        </w:rPr>
        <w:t>·</w:t>
      </w:r>
      <w:r>
        <w:rPr>
          <w:rFonts w:cs="맑은 고딕"/>
          <w:color w:val="67747D"/>
          <w:sz w:val="16"/>
          <w:lang w:eastAsia="ko-KR"/>
        </w:rPr>
        <w:t>복학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계획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10092"/>
        <w:gridCol w:w="35"/>
      </w:tblGrid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shd w:val="clear" w:color="auto" w:fill="F8FAFB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64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학적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계획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□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현재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유지</w:t>
            </w:r>
            <w:r>
              <w:rPr>
                <w:rFonts w:cs="맑은 고딕"/>
                <w:lang w:eastAsia="ko-KR"/>
              </w:rPr>
              <w:t xml:space="preserve">    □ </w:t>
            </w:r>
            <w:proofErr w:type="spellStart"/>
            <w:r>
              <w:rPr>
                <w:rFonts w:cs="맑은 고딕"/>
                <w:lang w:eastAsia="ko-KR"/>
              </w:rPr>
              <w:t>군휴학</w:t>
            </w:r>
            <w:proofErr w:type="spell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계획</w:t>
            </w:r>
            <w:r>
              <w:rPr>
                <w:rFonts w:cs="맑은 고딕"/>
                <w:lang w:eastAsia="ko-KR"/>
              </w:rPr>
              <w:t xml:space="preserve">    □ </w:t>
            </w:r>
            <w:proofErr w:type="spellStart"/>
            <w:r>
              <w:rPr>
                <w:rFonts w:cs="맑은 고딕"/>
                <w:lang w:eastAsia="ko-KR"/>
              </w:rPr>
              <w:t>일반휴학</w:t>
            </w:r>
            <w:proofErr w:type="spell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고민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계획</w:t>
            </w:r>
            <w:r>
              <w:rPr>
                <w:rFonts w:cs="맑은 고딕"/>
                <w:lang w:eastAsia="ko-KR"/>
              </w:rPr>
              <w:t xml:space="preserve">    □ </w:t>
            </w:r>
            <w:r>
              <w:rPr>
                <w:rFonts w:cs="맑은 고딕"/>
                <w:lang w:eastAsia="ko-KR"/>
              </w:rPr>
              <w:t>복학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예정</w:t>
            </w:r>
            <w:r>
              <w:rPr>
                <w:rFonts w:cs="맑은 고딕"/>
                <w:lang w:eastAsia="ko-KR"/>
              </w:rPr>
              <w:t xml:space="preserve">    □ </w:t>
            </w:r>
            <w:r>
              <w:rPr>
                <w:rFonts w:cs="맑은 고딕"/>
                <w:lang w:eastAsia="ko-KR"/>
              </w:rPr>
              <w:t>기타</w:t>
            </w:r>
            <w:r>
              <w:rPr>
                <w:rFonts w:cs="맑은 고딕"/>
                <w:lang w:eastAsia="ko-KR"/>
              </w:rPr>
              <w:t>: ________</w:t>
            </w:r>
          </w:p>
        </w:tc>
      </w:tr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64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예정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시기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해당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시</w:t>
            </w:r>
            <w:r>
              <w:rPr>
                <w:rFonts w:cs="맑은 고딕"/>
                <w:lang w:eastAsia="ko-KR"/>
              </w:rPr>
              <w:t xml:space="preserve">  20____</w:t>
            </w:r>
            <w:r>
              <w:rPr>
                <w:rFonts w:cs="맑은 고딕"/>
                <w:lang w:eastAsia="ko-KR"/>
              </w:rPr>
              <w:t>학년도</w:t>
            </w:r>
            <w:r>
              <w:rPr>
                <w:rFonts w:cs="맑은 고딕"/>
                <w:lang w:eastAsia="ko-KR"/>
              </w:rPr>
              <w:t xml:space="preserve">  □ 1</w:t>
            </w:r>
            <w:r>
              <w:rPr>
                <w:rFonts w:cs="맑은 고딕"/>
                <w:lang w:eastAsia="ko-KR"/>
              </w:rPr>
              <w:t>학기</w:t>
            </w:r>
            <w:r>
              <w:rPr>
                <w:rFonts w:cs="맑은 고딕"/>
                <w:lang w:eastAsia="ko-KR"/>
              </w:rPr>
              <w:t xml:space="preserve">  □ 2</w:t>
            </w:r>
            <w:r>
              <w:rPr>
                <w:rFonts w:cs="맑은 고딕"/>
                <w:lang w:eastAsia="ko-KR"/>
              </w:rPr>
              <w:t>학기</w:t>
            </w:r>
            <w:r>
              <w:rPr>
                <w:rFonts w:cs="맑은 고딕"/>
                <w:lang w:eastAsia="ko-KR"/>
              </w:rPr>
              <w:t xml:space="preserve">     (</w:t>
            </w:r>
            <w:r>
              <w:rPr>
                <w:rFonts w:cs="맑은 고딕"/>
                <w:lang w:eastAsia="ko-KR"/>
              </w:rPr>
              <w:t>계획이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없으면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기재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생략</w:t>
            </w:r>
            <w:r>
              <w:rPr>
                <w:rFonts w:cs="맑은 고딕"/>
                <w:lang w:eastAsia="ko-KR"/>
              </w:rPr>
              <w:t>)</w:t>
            </w:r>
          </w:p>
        </w:tc>
      </w:tr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shd w:val="clear" w:color="auto" w:fill="F8FAFB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64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관련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사유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휴</w:t>
            </w:r>
            <w:proofErr w:type="gramEnd"/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복학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관련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고민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또는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확인할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내용</w:t>
            </w:r>
            <w:r>
              <w:rPr>
                <w:rFonts w:cs="맑은 고딕"/>
                <w:lang w:eastAsia="ko-KR"/>
              </w:rPr>
              <w:t>: ____________________________________________</w:t>
            </w:r>
          </w:p>
        </w:tc>
      </w:tr>
      <w:tr w:rsidR="004C1837">
        <w:tblPrEx>
          <w:jc w:val="left"/>
        </w:tblPrEx>
        <w:trPr>
          <w:gridAfter w:val="1"/>
          <w:wAfter w:w="35" w:type="dxa"/>
          <w:cantSplit/>
        </w:trPr>
        <w:tc>
          <w:tcPr>
            <w:tcW w:w="10092" w:type="dxa"/>
            <w:gridSpan w:val="2"/>
            <w:tcBorders>
              <w:top w:val="single" w:sz="5" w:space="0" w:color="B9D6D9"/>
              <w:left w:val="single" w:sz="5" w:space="0" w:color="B9D6D9"/>
              <w:bottom w:val="single" w:sz="5" w:space="0" w:color="B9D6D9"/>
              <w:right w:val="single" w:sz="5" w:space="0" w:color="B9D6D9"/>
            </w:tcBorders>
            <w:shd w:val="clear" w:color="auto" w:fill="F2F8F9"/>
            <w:tcMar>
              <w:top w:w="130" w:type="dxa"/>
              <w:left w:w="165" w:type="dxa"/>
              <w:bottom w:w="125" w:type="dxa"/>
              <w:right w:w="145" w:type="dxa"/>
            </w:tcMar>
            <w:vAlign w:val="center"/>
          </w:tcPr>
          <w:p w:rsidR="004C1837" w:rsidRDefault="00DB0DA0">
            <w:pPr>
              <w:spacing w:after="30"/>
              <w:rPr>
                <w:lang w:eastAsia="ko-KR"/>
              </w:rPr>
            </w:pPr>
            <w:r>
              <w:rPr>
                <w:rFonts w:cs="맑은 고딕"/>
                <w:b/>
                <w:color w:val="12737A"/>
                <w:lang w:eastAsia="ko-KR"/>
              </w:rPr>
              <w:t>휴</w:t>
            </w:r>
            <w:r>
              <w:rPr>
                <w:rFonts w:cs="맑은 고딕"/>
                <w:b/>
                <w:color w:val="12737A"/>
                <w:lang w:eastAsia="ko-KR"/>
              </w:rPr>
              <w:t>·</w:t>
            </w:r>
            <w:r>
              <w:rPr>
                <w:rFonts w:cs="맑은 고딕"/>
                <w:b/>
                <w:color w:val="12737A"/>
                <w:lang w:eastAsia="ko-KR"/>
              </w:rPr>
              <w:t>복학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</w:t>
            </w:r>
            <w:r>
              <w:rPr>
                <w:rFonts w:cs="맑은 고딕"/>
                <w:b/>
                <w:color w:val="12737A"/>
                <w:lang w:eastAsia="ko-KR"/>
              </w:rPr>
              <w:t>상담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2737A"/>
                <w:lang w:eastAsia="ko-KR"/>
              </w:rPr>
              <w:t>요약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휴학</w:t>
            </w:r>
            <w:proofErr w:type="gramEnd"/>
            <w:r>
              <w:rPr>
                <w:rFonts w:cs="맑은 고딕"/>
                <w:color w:val="67747D"/>
                <w:sz w:val="16"/>
                <w:lang w:eastAsia="ko-KR"/>
              </w:rPr>
              <w:t>·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복학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계획이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없으면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학적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유지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계획을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,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계획이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있으면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사유</w:t>
            </w:r>
            <w:r>
              <w:rPr>
                <w:rFonts w:cs="맑은 고딕"/>
                <w:color w:val="67747D"/>
                <w:sz w:val="16"/>
                <w:lang w:eastAsia="ko-KR"/>
              </w:rPr>
              <w:t>·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시기</w:t>
            </w:r>
            <w:r>
              <w:rPr>
                <w:rFonts w:cs="맑은 고딕"/>
                <w:color w:val="67747D"/>
                <w:sz w:val="16"/>
                <w:lang w:eastAsia="ko-KR"/>
              </w:rPr>
              <w:t>·</w:t>
            </w:r>
            <w:r>
              <w:rPr>
                <w:rFonts w:cs="맑은 고딕"/>
                <w:color w:val="67747D"/>
                <w:sz w:val="16"/>
                <w:lang w:eastAsia="ko-KR"/>
              </w:rPr>
              <w:t>고민을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50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자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이상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작성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rPr>
                <w:lang w:eastAsia="ko-KR"/>
              </w:rPr>
            </w:pPr>
            <w:r>
              <w:rPr>
                <w:rFonts w:cs="맑은 고딕"/>
                <w:sz w:val="21"/>
                <w:lang w:eastAsia="ko-KR"/>
              </w:rPr>
              <w:t xml:space="preserve">　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rPr>
                <w:lang w:eastAsia="ko-KR"/>
              </w:rPr>
            </w:pPr>
            <w:r>
              <w:rPr>
                <w:rFonts w:cs="맑은 고딕"/>
                <w:sz w:val="21"/>
                <w:lang w:eastAsia="ko-KR"/>
              </w:rPr>
              <w:t xml:space="preserve">　</w:t>
            </w:r>
          </w:p>
        </w:tc>
      </w:tr>
    </w:tbl>
    <w:p w:rsidR="004C1837" w:rsidRDefault="00DB0DA0">
      <w:pPr>
        <w:keepNext/>
        <w:pBdr>
          <w:bottom w:val="single" w:sz="7" w:space="0" w:color="C7DCE0"/>
        </w:pBdr>
        <w:spacing w:before="180" w:after="80"/>
        <w:rPr>
          <w:lang w:eastAsia="ko-KR"/>
        </w:rPr>
      </w:pPr>
      <w:proofErr w:type="gramStart"/>
      <w:r>
        <w:rPr>
          <w:rFonts w:cs="맑은 고딕"/>
          <w:b/>
          <w:color w:val="12737A"/>
          <w:sz w:val="22"/>
          <w:lang w:eastAsia="ko-KR"/>
        </w:rPr>
        <w:t xml:space="preserve">05  </w:t>
      </w:r>
      <w:r>
        <w:rPr>
          <w:rFonts w:cs="맑은 고딕"/>
          <w:b/>
          <w:color w:val="19334F"/>
          <w:sz w:val="22"/>
          <w:lang w:eastAsia="ko-KR"/>
        </w:rPr>
        <w:t>지난</w:t>
      </w:r>
      <w:proofErr w:type="gramEnd"/>
      <w:r>
        <w:rPr>
          <w:rFonts w:cs="맑은 고딕"/>
          <w:b/>
          <w:color w:val="19334F"/>
          <w:sz w:val="22"/>
          <w:lang w:eastAsia="ko-KR"/>
        </w:rPr>
        <w:t xml:space="preserve"> </w:t>
      </w:r>
      <w:r>
        <w:rPr>
          <w:rFonts w:cs="맑은 고딕"/>
          <w:b/>
          <w:color w:val="19334F"/>
          <w:sz w:val="22"/>
          <w:lang w:eastAsia="ko-KR"/>
        </w:rPr>
        <w:t>학기</w:t>
      </w:r>
      <w:r>
        <w:rPr>
          <w:rFonts w:cs="맑은 고딕"/>
          <w:b/>
          <w:color w:val="19334F"/>
          <w:sz w:val="22"/>
          <w:lang w:eastAsia="ko-KR"/>
        </w:rPr>
        <w:t xml:space="preserve"> </w:t>
      </w:r>
      <w:r>
        <w:rPr>
          <w:rFonts w:cs="맑은 고딕"/>
          <w:b/>
          <w:color w:val="19334F"/>
          <w:sz w:val="22"/>
          <w:lang w:eastAsia="ko-KR"/>
        </w:rPr>
        <w:t>점검</w:t>
      </w:r>
      <w:r>
        <w:rPr>
          <w:rFonts w:cs="맑은 고딕"/>
          <w:b/>
          <w:color w:val="19334F"/>
          <w:sz w:val="22"/>
          <w:lang w:eastAsia="ko-KR"/>
        </w:rPr>
        <w:t xml:space="preserve"> </w:t>
      </w:r>
      <w:r>
        <w:rPr>
          <w:rFonts w:cs="맑은 고딕"/>
          <w:b/>
          <w:color w:val="19334F"/>
          <w:sz w:val="22"/>
          <w:lang w:eastAsia="ko-KR"/>
        </w:rPr>
        <w:t>및</w:t>
      </w:r>
      <w:r>
        <w:rPr>
          <w:rFonts w:cs="맑은 고딕"/>
          <w:b/>
          <w:color w:val="19334F"/>
          <w:sz w:val="22"/>
          <w:lang w:eastAsia="ko-KR"/>
        </w:rPr>
        <w:t xml:space="preserve"> </w:t>
      </w:r>
      <w:r>
        <w:rPr>
          <w:rFonts w:cs="맑은 고딕"/>
          <w:b/>
          <w:color w:val="19334F"/>
          <w:sz w:val="22"/>
          <w:lang w:eastAsia="ko-KR"/>
        </w:rPr>
        <w:t>상담</w:t>
      </w:r>
      <w:r>
        <w:rPr>
          <w:rFonts w:cs="맑은 고딕"/>
          <w:b/>
          <w:color w:val="19334F"/>
          <w:sz w:val="22"/>
          <w:lang w:eastAsia="ko-KR"/>
        </w:rPr>
        <w:t xml:space="preserve"> </w:t>
      </w:r>
      <w:r>
        <w:rPr>
          <w:rFonts w:cs="맑은 고딕"/>
          <w:b/>
          <w:color w:val="19334F"/>
          <w:sz w:val="22"/>
          <w:lang w:eastAsia="ko-KR"/>
        </w:rPr>
        <w:t>요청</w:t>
      </w:r>
      <w:r>
        <w:rPr>
          <w:rFonts w:cs="맑은 고딕"/>
          <w:color w:val="67747D"/>
          <w:sz w:val="16"/>
          <w:lang w:eastAsia="ko-KR"/>
        </w:rPr>
        <w:t xml:space="preserve">   |   </w:t>
      </w:r>
      <w:r>
        <w:rPr>
          <w:rFonts w:cs="맑은 고딕"/>
          <w:color w:val="67747D"/>
          <w:sz w:val="16"/>
          <w:lang w:eastAsia="ko-KR"/>
        </w:rPr>
        <w:t>상담의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연속</w:t>
      </w:r>
      <w:r>
        <w:rPr>
          <w:rFonts w:cs="맑은 고딕"/>
          <w:color w:val="67747D"/>
          <w:sz w:val="16"/>
          <w:lang w:eastAsia="ko-KR"/>
        </w:rPr>
        <w:t xml:space="preserve"> </w:t>
      </w:r>
      <w:r>
        <w:rPr>
          <w:rFonts w:cs="맑은 고딕"/>
          <w:color w:val="67747D"/>
          <w:sz w:val="16"/>
          <w:lang w:eastAsia="ko-KR"/>
        </w:rPr>
        <w:t>기록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10092"/>
        <w:gridCol w:w="35"/>
      </w:tblGrid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shd w:val="clear" w:color="auto" w:fill="F8FAFB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64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지난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r>
              <w:rPr>
                <w:rFonts w:cs="맑은 고딕"/>
                <w:b/>
                <w:color w:val="19334F"/>
                <w:lang w:eastAsia="ko-KR"/>
              </w:rPr>
              <w:t>상담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이후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□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첫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상담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목표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달성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일부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실천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실천하지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못함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이전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목표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없음</w:t>
            </w:r>
          </w:p>
        </w:tc>
      </w:tr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64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이번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r>
              <w:rPr>
                <w:rFonts w:cs="맑은 고딕"/>
                <w:b/>
                <w:color w:val="19334F"/>
                <w:lang w:eastAsia="ko-KR"/>
              </w:rPr>
              <w:t>학기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목표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학업</w:t>
            </w:r>
            <w:proofErr w:type="gramEnd"/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진로에서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가장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우선할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한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가지</w:t>
            </w:r>
            <w:r>
              <w:rPr>
                <w:rFonts w:cs="맑은 고딕"/>
                <w:lang w:eastAsia="ko-KR"/>
              </w:rPr>
              <w:t>: __________________________________________</w:t>
            </w:r>
          </w:p>
        </w:tc>
      </w:tr>
      <w:tr w:rsidR="004C1837">
        <w:trPr>
          <w:gridBefore w:val="1"/>
          <w:cantSplit/>
          <w:jc w:val="center"/>
        </w:trPr>
        <w:tc>
          <w:tcPr>
            <w:tcW w:w="10091" w:type="dxa"/>
            <w:gridSpan w:val="2"/>
            <w:tcBorders>
              <w:bottom w:val="single" w:sz="5" w:space="0" w:color="D3DEE5"/>
            </w:tcBorders>
            <w:shd w:val="clear" w:color="auto" w:fill="F8FAFB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:rsidR="004C1837" w:rsidRDefault="00DB0DA0">
            <w:pPr>
              <w:spacing w:line="264" w:lineRule="auto"/>
              <w:rPr>
                <w:lang w:eastAsia="ko-KR"/>
              </w:rPr>
            </w:pPr>
            <w:r>
              <w:rPr>
                <w:rFonts w:cs="맑은 고딕"/>
                <w:b/>
                <w:color w:val="19334F"/>
                <w:lang w:eastAsia="ko-KR"/>
              </w:rPr>
              <w:t>상담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9334F"/>
                <w:lang w:eastAsia="ko-KR"/>
              </w:rPr>
              <w:t>희망</w:t>
            </w:r>
            <w:r>
              <w:rPr>
                <w:rFonts w:cs="맑은 고딕"/>
                <w:b/>
                <w:color w:val="19334F"/>
                <w:lang w:eastAsia="ko-KR"/>
              </w:rPr>
              <w:t xml:space="preserve">  </w:t>
            </w:r>
            <w:r>
              <w:rPr>
                <w:rFonts w:cs="맑은 고딕"/>
                <w:lang w:eastAsia="ko-KR"/>
              </w:rPr>
              <w:t>□</w:t>
            </w:r>
            <w:proofErr w:type="gramEnd"/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별도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요청</w:t>
            </w:r>
            <w:r>
              <w:rPr>
                <w:rFonts w:cs="맑은 고딕"/>
                <w:lang w:eastAsia="ko-KR"/>
              </w:rPr>
              <w:t xml:space="preserve"> </w:t>
            </w:r>
            <w:r>
              <w:rPr>
                <w:rFonts w:cs="맑은 고딕"/>
                <w:lang w:eastAsia="ko-KR"/>
              </w:rPr>
              <w:t>없음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학업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성적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학교생활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진로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취업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휴</w:t>
            </w:r>
            <w:r>
              <w:rPr>
                <w:rFonts w:cs="맑은 고딕"/>
                <w:lang w:eastAsia="ko-KR"/>
              </w:rPr>
              <w:t>·</w:t>
            </w:r>
            <w:r>
              <w:rPr>
                <w:rFonts w:cs="맑은 고딕"/>
                <w:lang w:eastAsia="ko-KR"/>
              </w:rPr>
              <w:t>복학</w:t>
            </w:r>
            <w:r>
              <w:rPr>
                <w:rFonts w:cs="맑은 고딕"/>
                <w:lang w:eastAsia="ko-KR"/>
              </w:rPr>
              <w:t xml:space="preserve">  □ </w:t>
            </w:r>
            <w:r>
              <w:rPr>
                <w:rFonts w:cs="맑은 고딕"/>
                <w:lang w:eastAsia="ko-KR"/>
              </w:rPr>
              <w:t>기타</w:t>
            </w:r>
          </w:p>
        </w:tc>
      </w:tr>
      <w:tr w:rsidR="004C1837">
        <w:tblPrEx>
          <w:jc w:val="left"/>
        </w:tblPrEx>
        <w:trPr>
          <w:gridAfter w:val="1"/>
          <w:wAfter w:w="35" w:type="dxa"/>
          <w:cantSplit/>
        </w:trPr>
        <w:tc>
          <w:tcPr>
            <w:tcW w:w="10092" w:type="dxa"/>
            <w:gridSpan w:val="2"/>
            <w:tcBorders>
              <w:top w:val="single" w:sz="5" w:space="0" w:color="B9D6D9"/>
              <w:left w:val="single" w:sz="5" w:space="0" w:color="B9D6D9"/>
              <w:bottom w:val="single" w:sz="5" w:space="0" w:color="B9D6D9"/>
              <w:right w:val="single" w:sz="5" w:space="0" w:color="B9D6D9"/>
            </w:tcBorders>
            <w:shd w:val="clear" w:color="auto" w:fill="F2F8F9"/>
            <w:tcMar>
              <w:top w:w="130" w:type="dxa"/>
              <w:left w:w="165" w:type="dxa"/>
              <w:bottom w:w="125" w:type="dxa"/>
              <w:right w:w="145" w:type="dxa"/>
            </w:tcMar>
            <w:vAlign w:val="center"/>
          </w:tcPr>
          <w:p w:rsidR="004C1837" w:rsidRDefault="00DB0DA0">
            <w:pPr>
              <w:spacing w:after="30"/>
              <w:rPr>
                <w:lang w:eastAsia="ko-KR"/>
              </w:rPr>
            </w:pPr>
            <w:r>
              <w:rPr>
                <w:rFonts w:cs="맑은 고딕"/>
                <w:b/>
                <w:color w:val="12737A"/>
                <w:lang w:eastAsia="ko-KR"/>
              </w:rPr>
              <w:t>지도교수에게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</w:t>
            </w:r>
            <w:r>
              <w:rPr>
                <w:rFonts w:cs="맑은 고딕"/>
                <w:b/>
                <w:color w:val="12737A"/>
                <w:lang w:eastAsia="ko-KR"/>
              </w:rPr>
              <w:t>전할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</w:t>
            </w:r>
            <w:proofErr w:type="gramStart"/>
            <w:r>
              <w:rPr>
                <w:rFonts w:cs="맑은 고딕"/>
                <w:b/>
                <w:color w:val="12737A"/>
                <w:lang w:eastAsia="ko-KR"/>
              </w:rPr>
              <w:t>내용</w:t>
            </w:r>
            <w:r>
              <w:rPr>
                <w:rFonts w:cs="맑은 고딕"/>
                <w:b/>
                <w:color w:val="12737A"/>
                <w:lang w:eastAsia="ko-KR"/>
              </w:rPr>
              <w:t xml:space="preserve"> 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이전</w:t>
            </w:r>
            <w:proofErr w:type="gramEnd"/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상담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이후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변화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,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이번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학기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목표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또는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필요한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도움을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50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자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이상</w:t>
            </w:r>
            <w:r>
              <w:rPr>
                <w:rFonts w:cs="맑은 고딕"/>
                <w:color w:val="67747D"/>
                <w:sz w:val="16"/>
                <w:lang w:eastAsia="ko-KR"/>
              </w:rPr>
              <w:t xml:space="preserve"> </w:t>
            </w:r>
            <w:r>
              <w:rPr>
                <w:rFonts w:cs="맑은 고딕"/>
                <w:color w:val="67747D"/>
                <w:sz w:val="16"/>
                <w:lang w:eastAsia="ko-KR"/>
              </w:rPr>
              <w:t>작성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rPr>
                <w:lang w:eastAsia="ko-KR"/>
              </w:rPr>
            </w:pPr>
            <w:r>
              <w:rPr>
                <w:rFonts w:cs="맑은 고딕"/>
                <w:sz w:val="21"/>
                <w:lang w:eastAsia="ko-KR"/>
              </w:rPr>
              <w:t xml:space="preserve">　</w:t>
            </w:r>
          </w:p>
          <w:p w:rsidR="004C1837" w:rsidRDefault="00DB0DA0">
            <w:pPr>
              <w:keepLines/>
              <w:pBdr>
                <w:bottom w:val="single" w:sz="4" w:space="0" w:color="C8D8DB"/>
              </w:pBdr>
              <w:rPr>
                <w:lang w:eastAsia="ko-KR"/>
              </w:rPr>
            </w:pPr>
            <w:r>
              <w:rPr>
                <w:rFonts w:cs="맑은 고딕"/>
                <w:sz w:val="21"/>
                <w:lang w:eastAsia="ko-KR"/>
              </w:rPr>
              <w:t xml:space="preserve">　</w:t>
            </w:r>
          </w:p>
        </w:tc>
      </w:tr>
    </w:tbl>
    <w:p w:rsidR="004C1837" w:rsidRDefault="00DB0DA0">
      <w:pPr>
        <w:keepLines/>
        <w:spacing w:before="120" w:line="269" w:lineRule="auto"/>
        <w:rPr>
          <w:lang w:eastAsia="ko-KR"/>
        </w:rPr>
      </w:pPr>
      <w:r>
        <w:rPr>
          <w:rFonts w:cs="맑은 고딕"/>
          <w:color w:val="67747D"/>
          <w:sz w:val="15"/>
          <w:lang w:eastAsia="ko-KR"/>
        </w:rPr>
        <w:t xml:space="preserve">※ </w:t>
      </w:r>
      <w:r>
        <w:rPr>
          <w:rFonts w:cs="맑은 고딕"/>
          <w:color w:val="67747D"/>
          <w:sz w:val="15"/>
          <w:lang w:eastAsia="ko-KR"/>
        </w:rPr>
        <w:t>건강</w:t>
      </w:r>
      <w:r>
        <w:rPr>
          <w:rFonts w:cs="맑은 고딕"/>
          <w:color w:val="67747D"/>
          <w:sz w:val="15"/>
          <w:lang w:eastAsia="ko-KR"/>
        </w:rPr>
        <w:t>·</w:t>
      </w:r>
      <w:r>
        <w:rPr>
          <w:rFonts w:cs="맑은 고딕"/>
          <w:color w:val="67747D"/>
          <w:sz w:val="15"/>
          <w:lang w:eastAsia="ko-KR"/>
        </w:rPr>
        <w:t>가정</w:t>
      </w:r>
      <w:r>
        <w:rPr>
          <w:rFonts w:cs="맑은 고딕"/>
          <w:color w:val="67747D"/>
          <w:sz w:val="15"/>
          <w:lang w:eastAsia="ko-KR"/>
        </w:rPr>
        <w:t>·</w:t>
      </w:r>
      <w:r>
        <w:rPr>
          <w:rFonts w:cs="맑은 고딕"/>
          <w:color w:val="67747D"/>
          <w:sz w:val="15"/>
          <w:lang w:eastAsia="ko-KR"/>
        </w:rPr>
        <w:t>경제적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사정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등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공개하기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어려운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내용은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자세히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적지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않아도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됩니다</w:t>
      </w:r>
      <w:r>
        <w:rPr>
          <w:rFonts w:cs="맑은 고딕"/>
          <w:color w:val="67747D"/>
          <w:sz w:val="15"/>
          <w:lang w:eastAsia="ko-KR"/>
        </w:rPr>
        <w:t xml:space="preserve">. </w:t>
      </w:r>
      <w:r>
        <w:rPr>
          <w:rFonts w:cs="맑은 고딕"/>
          <w:color w:val="67747D"/>
          <w:sz w:val="15"/>
          <w:lang w:eastAsia="ko-KR"/>
        </w:rPr>
        <w:t>필요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시</w:t>
      </w:r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별도</w:t>
      </w:r>
      <w:r>
        <w:rPr>
          <w:rFonts w:cs="맑은 고딕"/>
          <w:color w:val="67747D"/>
          <w:sz w:val="15"/>
          <w:lang w:eastAsia="ko-KR"/>
        </w:rPr>
        <w:t xml:space="preserve"> </w:t>
      </w:r>
      <w:proofErr w:type="spellStart"/>
      <w:r>
        <w:rPr>
          <w:rFonts w:cs="맑은 고딕"/>
          <w:color w:val="67747D"/>
          <w:sz w:val="15"/>
          <w:lang w:eastAsia="ko-KR"/>
        </w:rPr>
        <w:t>대면상담을</w:t>
      </w:r>
      <w:proofErr w:type="spellEnd"/>
      <w:r>
        <w:rPr>
          <w:rFonts w:cs="맑은 고딕"/>
          <w:color w:val="67747D"/>
          <w:sz w:val="15"/>
          <w:lang w:eastAsia="ko-KR"/>
        </w:rPr>
        <w:t xml:space="preserve"> </w:t>
      </w:r>
      <w:r>
        <w:rPr>
          <w:rFonts w:cs="맑은 고딕"/>
          <w:color w:val="67747D"/>
          <w:sz w:val="15"/>
          <w:lang w:eastAsia="ko-KR"/>
        </w:rPr>
        <w:t>요청하세요</w:t>
      </w:r>
      <w:r>
        <w:rPr>
          <w:rFonts w:cs="맑은 고딕"/>
          <w:color w:val="67747D"/>
          <w:sz w:val="15"/>
          <w:lang w:eastAsia="ko-KR"/>
        </w:rPr>
        <w:t>.</w:t>
      </w:r>
    </w:p>
    <w:sectPr w:rsidR="004C1837" w:rsidSect="00034616">
      <w:headerReference w:type="default" r:id="rId8"/>
      <w:footerReference w:type="default" r:id="rId9"/>
      <w:pgSz w:w="11906" w:h="16838"/>
      <w:pgMar w:top="822" w:right="907" w:bottom="935" w:left="907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DA0" w:rsidRDefault="00DB0DA0">
      <w:pPr>
        <w:spacing w:line="240" w:lineRule="auto"/>
      </w:pPr>
      <w:r>
        <w:separator/>
      </w:r>
    </w:p>
  </w:endnote>
  <w:endnote w:type="continuationSeparator" w:id="0">
    <w:p w:rsidR="00DB0DA0" w:rsidRDefault="00DB0D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837" w:rsidRDefault="004C1837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DA0" w:rsidRDefault="00DB0DA0">
      <w:pPr>
        <w:spacing w:line="240" w:lineRule="auto"/>
      </w:pPr>
      <w:r>
        <w:separator/>
      </w:r>
    </w:p>
  </w:footnote>
  <w:footnote w:type="continuationSeparator" w:id="0">
    <w:p w:rsidR="00DB0DA0" w:rsidRDefault="00DB0D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837" w:rsidRDefault="00DB0DA0">
    <w:pPr>
      <w:pStyle w:val="a5"/>
      <w:jc w:val="right"/>
      <w:rPr>
        <w:lang w:eastAsia="ko-KR"/>
      </w:rPr>
    </w:pPr>
    <w:r>
      <w:rPr>
        <w:rFonts w:cs="맑은 고딕"/>
        <w:b/>
        <w:color w:val="67747D"/>
        <w:sz w:val="14"/>
        <w:lang w:eastAsia="ko-KR"/>
      </w:rPr>
      <w:t>2026-2</w:t>
    </w:r>
    <w:r>
      <w:rPr>
        <w:rFonts w:cs="맑은 고딕"/>
        <w:b/>
        <w:color w:val="67747D"/>
        <w:sz w:val="14"/>
        <w:lang w:eastAsia="ko-KR"/>
      </w:rPr>
      <w:t>학기</w:t>
    </w:r>
    <w:r>
      <w:rPr>
        <w:rFonts w:cs="맑은 고딕"/>
        <w:b/>
        <w:color w:val="67747D"/>
        <w:sz w:val="14"/>
        <w:lang w:eastAsia="ko-KR"/>
      </w:rPr>
      <w:t xml:space="preserve"> </w:t>
    </w:r>
    <w:r>
      <w:rPr>
        <w:rFonts w:cs="맑은 고딕"/>
        <w:b/>
        <w:color w:val="67747D"/>
        <w:sz w:val="14"/>
        <w:lang w:eastAsia="ko-KR"/>
      </w:rPr>
      <w:t>자기계발</w:t>
    </w:r>
    <w:r>
      <w:rPr>
        <w:rFonts w:cs="맑은 고딕"/>
        <w:b/>
        <w:color w:val="67747D"/>
        <w:sz w:val="14"/>
        <w:lang w:eastAsia="ko-KR"/>
      </w:rPr>
      <w:t xml:space="preserve"> </w:t>
    </w:r>
    <w:r>
      <w:rPr>
        <w:rFonts w:cs="맑은 고딕"/>
        <w:b/>
        <w:color w:val="67747D"/>
        <w:sz w:val="14"/>
        <w:lang w:eastAsia="ko-KR"/>
      </w:rPr>
      <w:t>심층상담</w:t>
    </w:r>
    <w:r>
      <w:rPr>
        <w:rFonts w:cs="맑은 고딕"/>
        <w:b/>
        <w:color w:val="67747D"/>
        <w:sz w:val="14"/>
        <w:lang w:eastAsia="ko-KR"/>
      </w:rPr>
      <w:t xml:space="preserve">   |   </w:t>
    </w:r>
    <w:r>
      <w:rPr>
        <w:rFonts w:cs="맑은 고딕"/>
        <w:b/>
        <w:color w:val="67747D"/>
        <w:sz w:val="14"/>
        <w:lang w:eastAsia="ko-KR"/>
      </w:rPr>
      <w:t>지도교수</w:t>
    </w:r>
    <w:r>
      <w:rPr>
        <w:rFonts w:cs="맑은 고딕"/>
        <w:b/>
        <w:color w:val="67747D"/>
        <w:sz w:val="14"/>
        <w:lang w:eastAsia="ko-KR"/>
      </w:rPr>
      <w:t xml:space="preserve"> </w:t>
    </w:r>
    <w:r>
      <w:rPr>
        <w:rFonts w:cs="맑은 고딕"/>
        <w:b/>
        <w:color w:val="67747D"/>
        <w:sz w:val="14"/>
        <w:lang w:eastAsia="ko-KR"/>
      </w:rPr>
      <w:t>이명우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1837"/>
    <w:rsid w:val="005732FE"/>
    <w:rsid w:val="00AA1D8D"/>
    <w:rsid w:val="00B47730"/>
    <w:rsid w:val="00CB0664"/>
    <w:rsid w:val="00DB0D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199E54"/>
  <w14:defaultImageDpi w14:val="300"/>
  <w15:docId w15:val="{AF8B8104-D4B5-4367-8FD3-F0F7502A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맑은 고딕" w:eastAsia="맑은 고딕" w:hAnsi="맑은 고딕"/>
      <w:color w:val="1F2E3A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22FFC0-9D6E-4814-89A7-0CDF6149D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2026-2학기 자기계발 심층상담 학생용 (A4 2페이지)</vt:lpstr>
      <vt:lpstr/>
    </vt:vector>
  </TitlesOfParts>
  <Manager/>
  <Company/>
  <LinksUpToDate>false</LinksUpToDate>
  <CharactersWithSpaces>2084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2026-2학기 자기계발 심층상담 학생용 (A4 2페이지)</dc:title>
  <dc:subject>지도교수 이명우 / 간결한 학생용 상담일지</dc:subject>
  <dc:creator>user</dc:creator>
  <cp:keywords>지도학생;상담일지;학사관리;학교생활;진로지도;휴복학</cp:keywords>
  <dc:description/>
  <cp:lastModifiedBy>user</cp:lastModifiedBy>
  <cp:revision>2</cp:revision>
  <dcterms:created xsi:type="dcterms:W3CDTF">2026-10-27T10:53:00Z</dcterms:created>
  <dcterms:modified xsi:type="dcterms:W3CDTF">2026-10-27T10:53:00Z</dcterms:modified>
  <cp:category/>
</cp:coreProperties>
</file>